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TÜBİTAK PROJE NİYET MEKTUBU</w:t>
      </w:r>
    </w:p>
    <w:p/>
    <w:p/>
    <w:p>
      <w:r>
        <w:rPr>
          <w:b/>
          <w:sz w:val="22"/>
        </w:rPr>
        <w:t>Kurum Adı :</w:t>
      </w:r>
    </w:p>
    <w:p>
      <w:r>
        <w:rPr>
          <w:b w:val="0"/>
          <w:sz w:val="22"/>
        </w:rPr>
        <w:t>______________________________________________________________</w:t>
      </w:r>
    </w:p>
    <w:p/>
    <w:p>
      <w:r>
        <w:rPr>
          <w:b/>
          <w:sz w:val="22"/>
        </w:rPr>
        <w:t>Proje Başlığı :</w:t>
      </w:r>
    </w:p>
    <w:p>
      <w:r>
        <w:rPr>
          <w:b w:val="0"/>
          <w:sz w:val="22"/>
        </w:rPr>
        <w:t>______________________________________________________________</w:t>
      </w:r>
    </w:p>
    <w:p/>
    <w:p>
      <w:r>
        <w:rPr>
          <w:b/>
          <w:sz w:val="22"/>
        </w:rPr>
        <w:t>Proje Yürütücüsü :</w:t>
      </w:r>
    </w:p>
    <w:p>
      <w:r>
        <w:rPr>
          <w:b w:val="0"/>
          <w:sz w:val="22"/>
        </w:rPr>
        <w:t>Adı Soyadı : _________________________________________________</w:t>
      </w:r>
    </w:p>
    <w:p>
      <w:r>
        <w:rPr>
          <w:b w:val="0"/>
          <w:sz w:val="22"/>
        </w:rPr>
        <w:t>Görevi : ______________________________________________________</w:t>
      </w:r>
    </w:p>
    <w:p>
      <w:r>
        <w:rPr>
          <w:b w:val="0"/>
          <w:sz w:val="22"/>
        </w:rPr>
        <w:t>E-posta : _____________________________________________________</w:t>
      </w:r>
    </w:p>
    <w:p>
      <w:r>
        <w:rPr>
          <w:b w:val="0"/>
          <w:sz w:val="22"/>
        </w:rPr>
        <w:t>Telefon : _____________________________________________________</w:t>
      </w:r>
    </w:p>
    <w:p/>
    <w:p>
      <w:r>
        <w:rPr>
          <w:b/>
          <w:sz w:val="22"/>
        </w:rPr>
        <w:t>Projenin Amacı ve Kapsamı :</w:t>
      </w:r>
    </w:p>
    <w:p>
      <w:r>
        <w:rPr>
          <w:b w:val="0"/>
          <w:sz w:val="22"/>
        </w:rPr>
        <w:t>________________________________________________________________________________</w:t>
      </w:r>
    </w:p>
    <w:p>
      <w:r>
        <w:rPr>
          <w:b w:val="0"/>
          <w:sz w:val="22"/>
        </w:rPr>
        <w:t>________________________________________________________________________________</w:t>
      </w:r>
    </w:p>
    <w:p>
      <w:r>
        <w:rPr>
          <w:b w:val="0"/>
          <w:sz w:val="22"/>
        </w:rPr>
        <w:t>________________________________________________________________________________</w:t>
      </w:r>
    </w:p>
    <w:p>
      <w:r>
        <w:rPr>
          <w:b w:val="0"/>
          <w:sz w:val="22"/>
        </w:rPr>
        <w:t>________________________________________________________________________________</w:t>
      </w:r>
    </w:p>
    <w:p>
      <w:r>
        <w:rPr>
          <w:b w:val="0"/>
          <w:sz w:val="22"/>
        </w:rPr>
        <w:t>________________________________________________________________________________</w:t>
      </w:r>
    </w:p>
    <w:p/>
    <w:p>
      <w:r>
        <w:rPr>
          <w:b/>
          <w:sz w:val="22"/>
        </w:rPr>
        <w:t>Proje Süresi :</w:t>
      </w:r>
    </w:p>
    <w:p>
      <w:r>
        <w:rPr>
          <w:b w:val="0"/>
          <w:sz w:val="22"/>
        </w:rPr>
        <w:t>Başlangıç Tarihi : _______________________  Bitiş Tarihi : ______________________</w:t>
      </w:r>
    </w:p>
    <w:p/>
    <w:p>
      <w:r>
        <w:rPr>
          <w:b/>
          <w:sz w:val="22"/>
        </w:rPr>
        <w:t>Proje Bütçesi :</w:t>
      </w:r>
    </w:p>
    <w:p>
      <w:r>
        <w:rPr>
          <w:b w:val="0"/>
          <w:sz w:val="22"/>
        </w:rPr>
        <w:t>Toplam : _______________________ TL</w:t>
      </w:r>
    </w:p>
    <w:p/>
    <w:p>
      <w:r>
        <w:rPr>
          <w:b/>
          <w:sz w:val="22"/>
        </w:rPr>
        <w:t>Niyet Beyanı :</w:t>
      </w:r>
    </w:p>
    <w:p>
      <w:r>
        <w:rPr>
          <w:b w:val="0"/>
          <w:sz w:val="22"/>
        </w:rPr>
        <w:t>Yukarıda belirtilen proje kapsamında TÜBİTAK tarafından desteklenmesi amacıyla niyet mektubu olarak bu belge düzenlenmiştir. Kurumumuz, proje yürütücüsünün ve ekibinin çalışmalarını desteklemeyi taahhüt eder. Proje süresi boyunca gerekli altyapı, personel ve diğer kaynakların sağlanacağını beyan eder.</w:t>
      </w:r>
    </w:p>
    <w:p/>
    <w:p/>
    <w:p>
      <w:r>
        <w:rPr>
          <w:b/>
          <w:sz w:val="22"/>
        </w:rPr>
        <w:t>Kurum Yetkilisi İmzası</w:t>
      </w:r>
    </w:p>
    <w:p>
      <w:r>
        <w:rPr>
          <w:b w:val="0"/>
          <w:sz w:val="22"/>
        </w:rPr>
        <w:t>Adı Soyadı : _________________________________________________</w:t>
      </w:r>
    </w:p>
    <w:p>
      <w:r>
        <w:rPr>
          <w:b w:val="0"/>
          <w:sz w:val="22"/>
        </w:rPr>
        <w:t>Görevi : ______________________________________________________</w:t>
      </w:r>
    </w:p>
    <w:p>
      <w:r>
        <w:rPr>
          <w:b w:val="0"/>
          <w:sz w:val="22"/>
        </w:rPr>
        <w:t>İmza : _______________________________________________________</w:t>
      </w:r>
    </w:p>
    <w:p/>
    <w:p/>
    <w:p/>
    <w:p>
      <w:pPr>
        <w:jc w:val="center"/>
      </w:pPr>
      <w:r>
        <w:rPr>
          <w:b/>
          <w:sz w:val="22"/>
        </w:rPr>
        <w:t>Kurumsal Kaşe</w:t>
      </w:r>
    </w:p>
    <w:p/>
    <w:p/>
    <w:p/>
    <w:p>
      <w:pPr>
        <w:jc w:val="center"/>
      </w:pPr>
      <w:r>
        <w:rPr>
          <w:b w:val="0"/>
          <w:sz w:val="22"/>
        </w:rPr>
        <w:t>Not: Bu niyet mektubu, TÜBİTAK proje başvurusu için kurumun destek niyetini belirtir ve resmi belge niteliğindedir.</w:t>
      </w:r>
    </w:p>
    <w:p/>
    <w:p>
      <w:r>
        <w:br w:type="page"/>
      </w:r>
    </w:p>
    <w:p>
      <w:pPr>
        <w:jc w:val="center"/>
      </w:pPr>
      <w:r>
        <w:rPr>
          <w:color w:val="555555"/>
          <w:sz w:val="24"/>
        </w:rPr>
        <w:t>Bu belgenin orijinal kaynagi:</w:t>
      </w:r>
    </w:p>
    <w:p>
      <w:pPr>
        <w:jc w:val="center"/>
      </w:pPr>
      <w:hyperlink r:id="rId9">
        <w:r>
          <w:rPr>
            <w:color w:val="0000FF"/>
            <w:u w:val="single"/>
          </w:rPr>
          <w:t>https://mektubuuzmani.com/tubitak-niyet-mektubu-ornegi/</w:t>
        </w:r>
      </w:hyperlink>
    </w:p>
    <w:p>
      <w:pPr>
        <w:jc w:val="center"/>
      </w:pPr>
      <w:r>
        <w:rPr>
          <w:color w:val="555555"/>
          <w:sz w:val="26"/>
        </w:rPr>
        <w:t>Bu ornek sizin icin faydali oldu mu?</w:t>
      </w:r>
    </w:p>
    <w:p>
      <w:pPr>
        <w:jc w:val="center"/>
      </w:pPr>
      <w:r>
        <w:rPr>
          <w:color w:val="555555"/>
          <w:sz w:val="26"/>
        </w:rPr>
        <w:t>Guncellenmis diger orneklere web sitemizden ulasabilirsiniz:</w:t>
      </w:r>
    </w:p>
    <w:p>
      <w:pPr>
        <w:jc w:val="center"/>
      </w:pPr>
      <w:hyperlink r:id="rId10">
        <w:r>
          <w:rPr>
            <w:color w:val="0000FF"/>
            <w:u w:val="single"/>
          </w:rPr>
          <w:t>https://mektubuuzmani.com</w:t>
        </w:r>
      </w:hyperlink>
    </w:p>
    <w:p>
      <w:pPr>
        <w:jc w:val="center"/>
      </w:pPr>
      <w:r>
        <w:rPr>
          <w:color w:val="808080"/>
          <w:sz w:val="20"/>
        </w:rPr>
        <w:t>Bu ornek yalnizca kisisel ve ticari olmayan kullanim icindir.</w:t>
        <w:br/>
        <w:t>Her turlu dagitim veya yayinda kaynak belirtilmelidir. © mektubuuzmani.com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ektubuuzmani.com/tubitak-niyet-mektubu-ornegi/" TargetMode="External"/><Relationship Id="rId10" Type="http://schemas.openxmlformats.org/officeDocument/2006/relationships/hyperlink" Target="https://mektubuuzman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