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STAJ MEKTUBU</w:t>
      </w:r>
    </w:p>
    <w:p/>
    <w:p/>
    <w:p>
      <w:r>
        <w:rPr>
          <w:b/>
          <w:sz w:val="22"/>
        </w:rPr>
        <w:t>Kurum/Kuruluş Adı :</w:t>
      </w:r>
    </w:p>
    <w:p>
      <w:r>
        <w:rPr>
          <w:b w:val="0"/>
          <w:sz w:val="22"/>
        </w:rPr>
        <w:t>______________________________________________________________</w:t>
      </w:r>
    </w:p>
    <w:p/>
    <w:p>
      <w:r>
        <w:rPr>
          <w:b/>
          <w:sz w:val="22"/>
        </w:rPr>
        <w:t>Adres :</w:t>
      </w:r>
    </w:p>
    <w:p>
      <w:r>
        <w:rPr>
          <w:b w:val="0"/>
          <w:sz w:val="22"/>
        </w:rPr>
        <w:t>______________________________________________________________</w:t>
      </w:r>
    </w:p>
    <w:p/>
    <w:p/>
    <w:p>
      <w:r>
        <w:rPr>
          <w:b w:val="0"/>
          <w:sz w:val="22"/>
        </w:rPr>
        <w:t>Sayın Yetkili,</w:t>
      </w:r>
    </w:p>
    <w:p/>
    <w:p>
      <w:r>
        <w:rPr>
          <w:b w:val="0"/>
          <w:sz w:val="22"/>
        </w:rPr>
        <w:t>Bu belge, aşağıda bilgileri verilen öğrencimizin kurumunuzda staj yapacağını teyit etmek amacıyla hazırlanmıştır. Staj süresi boyunca öğrencimizin ilgili mevzuat ve kurumunuzun iç kurallarına uygun hareket edeceğini ve gerekli sorumlulukları yerine getireceğini beyan ederiz.</w:t>
      </w:r>
    </w:p>
    <w:p/>
    <w:p/>
    <w:p>
      <w:r>
        <w:rPr>
          <w:b/>
          <w:sz w:val="22"/>
        </w:rPr>
        <w:t>Öğrenci Bilgileri :</w:t>
      </w:r>
    </w:p>
    <w:p>
      <w:r>
        <w:rPr>
          <w:b w:val="0"/>
          <w:sz w:val="22"/>
        </w:rPr>
        <w:t>Adı Soyadı             : ________________________________________________</w:t>
      </w:r>
    </w:p>
    <w:p>
      <w:r>
        <w:rPr>
          <w:b w:val="0"/>
          <w:sz w:val="22"/>
        </w:rPr>
        <w:t>T.C. Kimlik No         : ________________________________________________</w:t>
      </w:r>
    </w:p>
    <w:p>
      <w:r>
        <w:rPr>
          <w:b w:val="0"/>
          <w:sz w:val="22"/>
        </w:rPr>
        <w:t>Öğrenci Numarası       : ________________________________________________</w:t>
      </w:r>
    </w:p>
    <w:p>
      <w:r>
        <w:rPr>
          <w:b w:val="0"/>
          <w:sz w:val="22"/>
        </w:rPr>
        <w:t>Bölümü                 : ________________________________________________</w:t>
      </w:r>
    </w:p>
    <w:p>
      <w:r>
        <w:rPr>
          <w:b w:val="0"/>
          <w:sz w:val="22"/>
        </w:rPr>
        <w:t>Okul Adı               : ________________________________________________</w:t>
      </w:r>
    </w:p>
    <w:p/>
    <w:p>
      <w:r>
        <w:rPr>
          <w:b/>
          <w:sz w:val="22"/>
        </w:rPr>
        <w:t>Staj Bilgileri :</w:t>
      </w:r>
    </w:p>
    <w:p>
      <w:r>
        <w:rPr>
          <w:b w:val="0"/>
          <w:sz w:val="22"/>
        </w:rPr>
        <w:t>Staj Yapacağı Kurum    : ________________________________________________</w:t>
      </w:r>
    </w:p>
    <w:p>
      <w:r>
        <w:rPr>
          <w:b w:val="0"/>
          <w:sz w:val="22"/>
        </w:rPr>
        <w:t>Staj Süresi            : ________ iş günü</w:t>
      </w:r>
    </w:p>
    <w:p>
      <w:r>
        <w:rPr>
          <w:b w:val="0"/>
          <w:sz w:val="22"/>
        </w:rPr>
        <w:t>Staj Başlangıç Tarihi  : __ / __ / ____</w:t>
      </w:r>
    </w:p>
    <w:p>
      <w:r>
        <w:rPr>
          <w:b w:val="0"/>
          <w:sz w:val="22"/>
        </w:rPr>
        <w:t>Staj Bitiş Tarihi      : __ / __ / ____</w:t>
      </w:r>
    </w:p>
    <w:p/>
    <w:p/>
    <w:p>
      <w:r>
        <w:rPr>
          <w:b w:val="0"/>
          <w:sz w:val="22"/>
        </w:rPr>
        <w:t>Öğrencimizin staj süresince yapacağı çalışmalarda başarılar diler, kurumunuzun bu süreci desteklemesini rica ederiz.</w:t>
      </w:r>
    </w:p>
    <w:p/>
    <w:p/>
    <w:p/>
    <w:p>
      <w:r>
        <w:rPr>
          <w:b w:val="0"/>
          <w:sz w:val="22"/>
        </w:rPr>
        <w:t>Saygılarımızla,</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Okul Yetkilisi</w:t>
            </w:r>
          </w:p>
        </w:tc>
        <w:tc>
          <w:tcPr>
            <w:tcW w:type="dxa" w:w="4986"/>
            <w:tcBorders>
              <w:top w:val="nil"/>
              <w:left w:val="nil"/>
              <w:bottom w:val="nil"/>
              <w:right w:val="nil"/>
              <w:insideH w:val="nil"/>
              <w:insideV w:val="nil"/>
            </w:tcBorders>
          </w:tcPr>
          <w:p>
            <w:pPr>
              <w:jc w:val="center"/>
            </w:pPr>
            <w:r>
              <w:t>Kurum Yetkilisi</w:t>
            </w:r>
          </w:p>
        </w:tc>
      </w:tr>
      <w:tr>
        <w:tc>
          <w:tcPr>
            <w:tcW w:type="dxa" w:w="4986"/>
            <w:tcBorders>
              <w:top w:val="nil"/>
              <w:left w:val="nil"/>
              <w:bottom w:val="nil"/>
              <w:right w:val="nil"/>
              <w:insideH w:val="nil"/>
              <w:insideV w:val="nil"/>
            </w:tcBorders>
          </w:tcPr>
          <w:p>
            <w:pPr>
              <w:jc w:val="center"/>
            </w:pPr>
            <w:r>
              <w:br/>
              <w:br/>
              <w:t>İmza : _________________________</w:t>
            </w:r>
          </w:p>
        </w:tc>
        <w:tc>
          <w:tcPr>
            <w:tcW w:type="dxa" w:w="4986"/>
            <w:tcBorders>
              <w:top w:val="nil"/>
              <w:left w:val="nil"/>
              <w:bottom w:val="nil"/>
              <w:right w:val="nil"/>
              <w:insideH w:val="nil"/>
              <w:insideV w:val="nil"/>
            </w:tcBorders>
          </w:tcPr>
          <w:p>
            <w:pPr>
              <w:jc w:val="center"/>
            </w:pPr>
            <w:r>
              <w:br/>
              <w:br/>
              <w:t>İmza : _________________________</w:t>
            </w:r>
          </w:p>
        </w:tc>
      </w:tr>
      <w:tr>
        <w:tc>
          <w:tcPr>
            <w:tcW w:type="dxa" w:w="4986"/>
            <w:tcBorders>
              <w:top w:val="nil"/>
              <w:left w:val="nil"/>
              <w:bottom w:val="nil"/>
              <w:right w:val="nil"/>
              <w:insideH w:val="nil"/>
              <w:insideV w:val="nil"/>
            </w:tcBorders>
          </w:tcPr>
          <w:p>
            <w:pPr>
              <w:jc w:val="center"/>
            </w:pPr>
            <w:r>
              <w:t>Adı Soyadı : ________________________________</w:t>
            </w:r>
          </w:p>
        </w:tc>
        <w:tc>
          <w:tcPr>
            <w:tcW w:type="dxa" w:w="4986"/>
            <w:tcBorders>
              <w:top w:val="nil"/>
              <w:left w:val="nil"/>
              <w:bottom w:val="nil"/>
              <w:right w:val="nil"/>
              <w:insideH w:val="nil"/>
              <w:insideV w:val="nil"/>
            </w:tcBorders>
          </w:tcPr>
          <w:p>
            <w:pPr>
              <w:jc w:val="center"/>
            </w:pPr>
            <w:r>
              <w:t>Adı Soyadı : ________________________________</w:t>
            </w:r>
          </w:p>
        </w:tc>
      </w:tr>
    </w:tbl>
    <w:p>
      <w:r>
        <w:br w:type="page"/>
      </w:r>
    </w:p>
    <w:p>
      <w:pPr>
        <w:jc w:val="center"/>
      </w:pPr>
      <w:r>
        <w:rPr>
          <w:color w:val="555555"/>
          <w:sz w:val="24"/>
        </w:rPr>
        <w:t>Bu belgenin orijinal kaynagi:</w:t>
      </w:r>
    </w:p>
    <w:p>
      <w:pPr>
        <w:jc w:val="center"/>
      </w:pPr>
      <w:hyperlink r:id="rId9">
        <w:r>
          <w:rPr>
            <w:color w:val="0000FF"/>
            <w:u w:val="single"/>
          </w:rPr>
          <w:t>https://mektubuuzmani.com/staj-mektubu-ornegi/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staj-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