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ORTA DOĞU TEKNİK ÜNİVERSİTESİ</w:t>
      </w:r>
    </w:p>
    <w:p>
      <w:pPr>
        <w:jc w:val="center"/>
      </w:pPr>
      <w:r>
        <w:rPr>
          <w:b/>
          <w:sz w:val="24"/>
        </w:rPr>
        <w:t>NİYET MEKTUBU</w:t>
      </w:r>
    </w:p>
    <w:p/>
    <w:p/>
    <w:p>
      <w:r>
        <w:rPr>
          <w:b w:val="0"/>
          <w:sz w:val="22"/>
        </w:rPr>
        <w:t>Sayın Yetkili,</w:t>
      </w:r>
    </w:p>
    <w:p/>
    <w:p>
      <w:r>
        <w:rPr>
          <w:b w:val="0"/>
          <w:sz w:val="22"/>
        </w:rPr>
        <w:t>Ben, aşağıda kimlik bilgileri belirtilen, Orta Doğu Teknik Üniversitesi'nde devam etmekte olduğum/lisansüstü eğitimime başlamak istediğim program için bu niyet mektubunu sunmaktayım.</w:t>
      </w:r>
    </w:p>
    <w:p/>
    <w:p>
      <w:r>
        <w:rPr>
          <w:b/>
          <w:sz w:val="22"/>
        </w:rPr>
        <w:t>Kişisel Bilgiler</w:t>
      </w:r>
    </w:p>
    <w:p>
      <w:r>
        <w:rPr>
          <w:b w:val="0"/>
          <w:sz w:val="22"/>
        </w:rPr>
        <w:t>Adı Soyadı : ______________________________________________________</w:t>
      </w:r>
    </w:p>
    <w:p>
      <w:r>
        <w:rPr>
          <w:b w:val="0"/>
          <w:sz w:val="22"/>
        </w:rPr>
        <w:t>Öğrenci Numarası (varsa) : ___________________________________________</w:t>
      </w:r>
    </w:p>
    <w:p>
      <w:r>
        <w:rPr>
          <w:b w:val="0"/>
          <w:sz w:val="22"/>
        </w:rPr>
        <w:t>Bölümü : ____________________________________________________________</w:t>
      </w:r>
    </w:p>
    <w:p>
      <w:r>
        <w:rPr>
          <w:b w:val="0"/>
          <w:sz w:val="22"/>
        </w:rPr>
        <w:t>E-posta Adresi : _____________________________________________________</w:t>
      </w:r>
    </w:p>
    <w:p>
      <w:r>
        <w:rPr>
          <w:b w:val="0"/>
          <w:sz w:val="22"/>
        </w:rPr>
        <w:t>Telefon Numarası : _________________________________________________</w:t>
      </w:r>
    </w:p>
    <w:p/>
    <w:p>
      <w:r>
        <w:rPr>
          <w:b/>
          <w:sz w:val="22"/>
        </w:rPr>
        <w:t>Başvurduğum Program</w:t>
      </w:r>
    </w:p>
    <w:p>
      <w:r>
        <w:rPr>
          <w:b w:val="0"/>
          <w:sz w:val="22"/>
        </w:rPr>
        <w:t>Program Adı : ______________________________________________________</w:t>
      </w:r>
    </w:p>
    <w:p/>
    <w:p>
      <w:r>
        <w:rPr>
          <w:b/>
          <w:sz w:val="22"/>
        </w:rPr>
        <w:t>Niyetim</w:t>
      </w:r>
    </w:p>
    <w:p>
      <w:r>
        <w:rPr>
          <w:b w:val="0"/>
          <w:sz w:val="22"/>
        </w:rPr>
        <w:t>Bu programa başvurmamın sebebi; akademik hedeflerim, kariyer planlarım, ve programın bana sağlayacağı katkılar doğrultusunda şekillenmektedir. Alanımla ilgili bilgi ve becerilerimi geliştirmek, araştırma yapmak ve üniversitenin akademik ortamında aktif rol almak istiyorum.</w:t>
      </w:r>
    </w:p>
    <w:p/>
    <w:p>
      <w:r>
        <w:rPr>
          <w:b/>
          <w:sz w:val="22"/>
        </w:rPr>
        <w:t>Akademik ve Kişisel Başarılarım</w:t>
      </w:r>
    </w:p>
    <w:p>
      <w:r>
        <w:rPr>
          <w:b w:val="0"/>
          <w:sz w:val="22"/>
        </w:rPr>
        <w:t>Lisans/lisansüstü eğitimim sırasında elde ettiğim başarılar, projeler, yayınlar veya diğer akademik faaliyetler aşağıda belirtilmiştir: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/>
    <w:p>
      <w:r>
        <w:rPr>
          <w:b/>
          <w:sz w:val="22"/>
        </w:rPr>
        <w:t>Katkılarım ve Hedeflerim</w:t>
      </w:r>
    </w:p>
    <w:p>
      <w:r>
        <w:rPr>
          <w:b w:val="0"/>
          <w:sz w:val="22"/>
        </w:rPr>
        <w:t>Programda öğrenim görürken ve sonrasında, edindiğim bilgi ve deneyimlerle alanıma katkıda bulunmayı ve ülkemizin bilimsel ve teknolojik gelişimine destek olmayı hedeflemekteyim.</w:t>
      </w:r>
    </w:p>
    <w:p/>
    <w:p/>
    <w:p>
      <w:r>
        <w:rPr>
          <w:b w:val="0"/>
          <w:sz w:val="22"/>
        </w:rPr>
        <w:t>Saygılarımla,</w:t>
      </w:r>
    </w:p>
    <w:p/>
    <w:p/>
    <w:p/>
    <w:p/>
    <w:p>
      <w:r>
        <w:rPr>
          <w:b w:val="0"/>
          <w:sz w:val="22"/>
        </w:rPr>
        <w:t>Adı Soyadı : ______________________________________________________</w:t>
      </w:r>
    </w:p>
    <w:p>
      <w:r>
        <w:rPr>
          <w:b w:val="0"/>
          <w:sz w:val="22"/>
        </w:rPr>
        <w:t>İmza : _____________________________________________________________</w:t>
      </w:r>
    </w:p>
    <w:p>
      <w:r>
        <w:rPr>
          <w:b w:val="0"/>
          <w:sz w:val="22"/>
        </w:rPr>
        <w:t>Tarih : 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Hazırlayan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Onaylayan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Adı Soyadı : ___________________________</w:t>
              <w:br/>
              <w:t>İmza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Adı Soyadı : ___________________________</w:t>
              <w:br/>
              <w:t>İmza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https://mektubuuzmani.com/odtu-niyet-mektubu-ornegi/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odtu-niyet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