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MODEL UNITED NATIONS (MUN) MOTİVASYON MEKTUBU</w:t>
      </w:r>
    </w:p>
    <w:p/>
    <w:p/>
    <w:p>
      <w:r>
        <w:rPr>
          <w:b w:val="0"/>
          <w:sz w:val="22"/>
        </w:rPr>
        <w:t>Sayın Yetkili,</w:t>
      </w:r>
    </w:p>
    <w:p/>
    <w:p>
      <w:r>
        <w:rPr>
          <w:b w:val="0"/>
          <w:sz w:val="22"/>
        </w:rPr>
        <w:t>Kendimi tanıtmak ve neden Model United Nations (MUN) konferansına katılmak istediğimi açıklamak amacıyla bu mektubu yazıyorum. Üniversite eğitimim ve kişisel gelişimim açısından MUN’a katılım, uluslararası ilişkiler ve diplomasi konularında bilgi ve deneyim kazanmak için eşsiz bir fırsattır.</w:t>
      </w:r>
    </w:p>
    <w:p/>
    <w:p>
      <w:r>
        <w:rPr>
          <w:b w:val="0"/>
          <w:sz w:val="22"/>
        </w:rPr>
        <w:t>Eğitim hayatım boyunca edindiğim analitik düşünme ve etkili iletişim becerileri, MUN’da tartışmalara aktif katılım sağlamama olanak verecektir. Ayrıca, takım çalışmasına yatkınlığım ve farklı kültürlere olan saygım sayesinde delegasyonumun temsil ettiği ülkeyi başarılı şekilde savunabileceğime inanıyorum.</w:t>
      </w:r>
    </w:p>
    <w:p/>
    <w:p>
      <w:r>
        <w:rPr>
          <w:b w:val="0"/>
          <w:sz w:val="22"/>
        </w:rPr>
        <w:t>MUN deneyimi, liderlik yeteneklerimi geliştirmek ve küresel sorunlara farklı bakış açıları ile yaklaşabilmek için önemli bir platformdur. Bu nedenle, MUN konferansına katılarak hem kendime hem de çevreme katkıda bulunmayı hedefliyorum.</w:t>
      </w:r>
    </w:p>
    <w:p/>
    <w:p>
      <w:r>
        <w:rPr>
          <w:b w:val="0"/>
          <w:sz w:val="22"/>
        </w:rPr>
        <w:t>Katılımınız için teşekkür eder, değerlendirme sürecinde olumlu bir yanıt almayı ümit ederim.</w:t>
      </w:r>
    </w:p>
    <w:p/>
    <w:p/>
    <w:p>
      <w:r>
        <w:rPr>
          <w:b w:val="0"/>
          <w:sz w:val="22"/>
        </w:rPr>
        <w:t>Saygılarımla,</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Ad Soyad:</w:t>
            </w:r>
          </w:p>
        </w:tc>
        <w:tc>
          <w:tcPr>
            <w:tcW w:type="dxa" w:w="4986"/>
            <w:tcBorders>
              <w:top w:val="nil"/>
              <w:left w:val="nil"/>
              <w:bottom w:val="nil"/>
              <w:right w:val="nil"/>
              <w:insideH w:val="nil"/>
              <w:insideV w:val="nil"/>
            </w:tcBorders>
          </w:tcPr>
          <w:p>
            <w:pPr>
              <w:jc w:val="left"/>
            </w:pPr>
            <w:r>
              <w:t>_______________________________</w:t>
            </w:r>
          </w:p>
        </w:tc>
      </w:tr>
      <w:tr>
        <w:tc>
          <w:tcPr>
            <w:tcW w:type="dxa" w:w="4986"/>
            <w:tcBorders>
              <w:top w:val="nil"/>
              <w:left w:val="nil"/>
              <w:bottom w:val="nil"/>
              <w:right w:val="nil"/>
              <w:insideH w:val="nil"/>
              <w:insideV w:val="nil"/>
            </w:tcBorders>
          </w:tcPr>
          <w:p>
            <w:pPr>
              <w:jc w:val="left"/>
            </w:pPr>
            <w:r>
              <w:t>İmza:</w:t>
            </w:r>
          </w:p>
        </w:tc>
        <w:tc>
          <w:tcPr>
            <w:tcW w:type="dxa" w:w="4986"/>
            <w:tcBorders>
              <w:top w:val="nil"/>
              <w:left w:val="nil"/>
              <w:bottom w:val="nil"/>
              <w:right w:val="nil"/>
              <w:insideH w:val="nil"/>
              <w:insideV w:val="nil"/>
            </w:tcBorders>
          </w:tcPr>
          <w:p>
            <w:pPr>
              <w:jc w:val="left"/>
            </w:pPr>
            <w:r>
              <w:t>_______________________________</w:t>
            </w:r>
          </w:p>
        </w:tc>
      </w:tr>
    </w:tbl>
    <w:p>
      <w:r>
        <w:br w:type="page"/>
      </w:r>
    </w:p>
    <w:p>
      <w:pPr>
        <w:jc w:val="center"/>
      </w:pPr>
      <w:r>
        <w:rPr>
          <w:color w:val="555555"/>
          <w:sz w:val="24"/>
        </w:rPr>
        <w:t>Bu belgenin orijinal kaynagi:</w:t>
      </w:r>
    </w:p>
    <w:p>
      <w:pPr>
        <w:jc w:val="center"/>
      </w:pPr>
      <w:hyperlink r:id="rId9">
        <w:r>
          <w:rPr>
            <w:color w:val="0000FF"/>
            <w:u w:val="single"/>
          </w:rPr>
          <w:t>https://mektubuuzmani.com/mun-motivasyon-mektubu-ornegi/</w:t>
        </w:r>
      </w:hyperlink>
    </w:p>
    <w:p>
      <w:pPr>
        <w:jc w:val="center"/>
      </w:pPr>
      <w:r>
        <w:rPr>
          <w:color w:val="555555"/>
          <w:sz w:val="26"/>
        </w:rPr>
        <w:t>Bu ornek sizin icin faydali oldu mu?</w:t>
      </w:r>
    </w:p>
    <w:p>
      <w:pPr>
        <w:jc w:val="center"/>
      </w:pPr>
      <w:r>
        <w:rPr>
          <w:color w:val="555555"/>
          <w:sz w:val="26"/>
        </w:rPr>
        <w:t>Guncellenmis diger orneklere web sitemizden ulasabilirsiniz:</w:t>
      </w:r>
    </w:p>
    <w:p>
      <w:pPr>
        <w:jc w:val="center"/>
      </w:pPr>
      <w:hyperlink r:id="rId10">
        <w:r>
          <w:rPr>
            <w:color w:val="0000FF"/>
            <w:u w:val="single"/>
          </w:rPr>
          <w:t>https://mektubuuzmani.com</w:t>
        </w:r>
      </w:hyperlink>
    </w:p>
    <w:p>
      <w:pPr>
        <w:jc w:val="center"/>
      </w:pPr>
      <w:r>
        <w:rPr>
          <w:color w:val="808080"/>
          <w:sz w:val="20"/>
        </w:rPr>
        <w:t>Bu ornek yalnizca kisisel ve ticari olmayan kullanim icindir.</w:t>
        <w:br/>
        <w:t>Her turlu dagitim veya yayinda kaynak belirtilmelidir. © mektubuuzmani.com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ektubuuzmani.com/mun-motivasyon-mektubu-ornegi/" TargetMode="External"/><Relationship Id="rId10" Type="http://schemas.openxmlformats.org/officeDocument/2006/relationships/hyperlink" Target="https://mektubuuzman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