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Klinik Psikoloji Yüksek Lisans Niyet Mektubu</w:t>
      </w:r>
    </w:p>
    <w:p/>
    <w:p/>
    <w:p>
      <w:pPr>
        <w:jc w:val="both"/>
      </w:pPr>
      <w:r>
        <w:rPr>
          <w:b w:val="0"/>
          <w:sz w:val="22"/>
        </w:rPr>
        <w:t>Sayın Yetkili,</w:t>
      </w:r>
    </w:p>
    <w:p/>
    <w:p>
      <w:pPr>
        <w:jc w:val="both"/>
      </w:pPr>
      <w:r>
        <w:rPr>
          <w:b w:val="0"/>
          <w:sz w:val="22"/>
        </w:rPr>
        <w:t>Ben, aşağıda bilgileri belirtilen aday, Klinik Psikoloji Yüksek Lisans programınıza başvuru yapmaktayım. Alanıma olan ilgim, akademik geçmişim ve kariyer hedeflerim doğrultusunda bu programa kabul edilmek istiyorum.</w:t>
      </w:r>
    </w:p>
    <w:p/>
    <w:p>
      <w:pPr>
        <w:jc w:val="both"/>
      </w:pPr>
      <w:r>
        <w:rPr>
          <w:b/>
          <w:sz w:val="22"/>
        </w:rPr>
        <w:t>Adı Soyadı : ________________________________</w:t>
      </w:r>
    </w:p>
    <w:p>
      <w:pPr>
        <w:jc w:val="both"/>
      </w:pPr>
      <w:r>
        <w:rPr>
          <w:b/>
          <w:sz w:val="22"/>
        </w:rPr>
        <w:t>T.C. Kimlik No : ________________________________</w:t>
      </w:r>
    </w:p>
    <w:p>
      <w:pPr>
        <w:jc w:val="both"/>
      </w:pPr>
      <w:r>
        <w:rPr>
          <w:b/>
          <w:sz w:val="22"/>
        </w:rPr>
        <w:t>İletişim Adresi : ________________________________</w:t>
      </w:r>
    </w:p>
    <w:p>
      <w:pPr>
        <w:jc w:val="both"/>
      </w:pPr>
      <w:r>
        <w:rPr>
          <w:b/>
          <w:sz w:val="22"/>
        </w:rPr>
        <w:t>Telefon / E-posta : ________________________________</w:t>
      </w:r>
    </w:p>
    <w:p/>
    <w:p/>
    <w:p>
      <w:pPr>
        <w:jc w:val="both"/>
      </w:pPr>
      <w:r>
        <w:rPr>
          <w:b w:val="0"/>
          <w:sz w:val="22"/>
        </w:rPr>
        <w:t>Lisans eğitimimi Psikoloji alanında tamamladım ve insan davranışlarını anlamaya yönelik araştırmalar yaparak temel bilgi ve becerilerimi geliştirdim. Klinik Psikoloji alanında yüksek lisans eğitimi almak, hem teorik hem uygulamalı bilgimi derinleştirerek profesyonel yetkinliklerimi arttırmak amacıyla en doğru adım olacaktır.</w:t>
      </w:r>
    </w:p>
    <w:p/>
    <w:p>
      <w:pPr>
        <w:jc w:val="both"/>
      </w:pPr>
      <w:r>
        <w:rPr>
          <w:b w:val="0"/>
          <w:sz w:val="22"/>
        </w:rPr>
        <w:t>Bu programı tercih etmemdeki en önemli etkenlerden biri, alanında uzman akademisyenlerin bulunması ve uygulama olanaklarının zengin olmasıdır. Eğitim süresince edineceğim bilgilerle, ruh sağlığı alanında etkili müdahaleler yapabilecek, danışanlara yardımcı olabilecek bir klinik psikolog olarak gelişmek istiyorum.</w:t>
      </w:r>
    </w:p>
    <w:p/>
    <w:p>
      <w:pPr>
        <w:jc w:val="both"/>
      </w:pPr>
      <w:r>
        <w:rPr>
          <w:b w:val="0"/>
          <w:sz w:val="22"/>
        </w:rPr>
        <w:t>Akademik kariyer hedefim doğrultusunda, yüksek lisans eğitimimi başarıyla tamamladıktan sonra doktora programlarına başvurarak araştırma ve öğretim alanında da katkı sağlamayı planlamaktayım. Klinik Psikoloji alanında toplum sağlığına pozitif katkılar sunmak, mesleki etik ve bilimsel standartlar çerçevesinde çalışmak temel hedeflerim arasındadır.</w:t>
      </w:r>
    </w:p>
    <w:p/>
    <w:p>
      <w:pPr>
        <w:jc w:val="both"/>
      </w:pPr>
      <w:r>
        <w:rPr>
          <w:b w:val="0"/>
          <w:sz w:val="22"/>
        </w:rPr>
        <w:t>Bu bağlamda, başvurumu değerlendirirken akademik geçmişim, motivasyonum ve geleceğe dönük planlarımın göz önünde bulundurulmasını rica ederim. Sunduğum bilgiler doğrultusunda programa kabul edilmem halinde, azim ve kararlılıkla çalışacağıma dair taahhüt ederim.</w:t>
      </w:r>
    </w:p>
    <w:p/>
    <w:p/>
    <w:p>
      <w:pPr>
        <w:jc w:val="center"/>
      </w:pPr>
      <w:r>
        <w:rPr>
          <w:b w:val="0"/>
          <w:sz w:val="22"/>
        </w:rPr>
        <w:t>Saygılarımla,</w:t>
      </w:r>
    </w:p>
    <w:p/>
    <w:p/>
    <w:p/>
    <w:p/>
    <w:p>
      <w:pPr>
        <w:jc w:val="center"/>
      </w:pPr>
      <w:r>
        <w:rPr>
          <w:b w:val="0"/>
          <w:sz w:val="22"/>
        </w:rPr>
        <w:t>Adı Soyadı : ________________________________</w:t>
      </w:r>
    </w:p>
    <w:p>
      <w:pPr>
        <w:jc w:val="center"/>
      </w:pPr>
      <w:r>
        <w:rPr>
          <w:b w:val="0"/>
          <w:sz w:val="22"/>
        </w:rPr>
        <w:t>İmza : ________________________________</w:t>
      </w:r>
    </w:p>
    <w:p>
      <w:r>
        <w:br w:type="page"/>
      </w:r>
    </w:p>
    <w:p>
      <w:pPr>
        <w:jc w:val="center"/>
      </w:pPr>
      <w:r>
        <w:rPr>
          <w:color w:val="555555"/>
          <w:sz w:val="24"/>
        </w:rPr>
        <w:t>Bu belgenin orijinal kaynagi:</w:t>
      </w:r>
    </w:p>
    <w:p>
      <w:pPr>
        <w:jc w:val="center"/>
      </w:pPr>
      <w:hyperlink r:id="rId9">
        <w:r>
          <w:rPr>
            <w:color w:val="0000FF"/>
            <w:u w:val="single"/>
          </w:rPr>
          <w:t>https://mektubuuzmani.com/klinik-psikoloji-yuksek-lisans-niyet-mektubu-ornegi/</w:t>
        </w:r>
      </w:hyperlink>
    </w:p>
    <w:p>
      <w:pPr>
        <w:jc w:val="center"/>
      </w:pPr>
      <w:r>
        <w:rPr>
          <w:color w:val="555555"/>
          <w:sz w:val="26"/>
        </w:rPr>
        <w:t>Bu ornek sizin icin faydali oldu mu?</w:t>
      </w:r>
    </w:p>
    <w:p>
      <w:pPr>
        <w:jc w:val="center"/>
      </w:pPr>
      <w:r>
        <w:rPr>
          <w:color w:val="555555"/>
          <w:sz w:val="26"/>
        </w:rPr>
        <w:t>Guncellenmis diger orneklere web sitemizden ulasabilirsiniz:</w:t>
      </w:r>
    </w:p>
    <w:p>
      <w:pPr>
        <w:jc w:val="center"/>
      </w:pPr>
      <w:hyperlink r:id="rId10">
        <w:r>
          <w:rPr>
            <w:color w:val="0000FF"/>
            <w:u w:val="single"/>
          </w:rPr>
          <w:t>https://mektubuuzmani.com</w:t>
        </w:r>
      </w:hyperlink>
    </w:p>
    <w:p>
      <w:pPr>
        <w:jc w:val="center"/>
      </w:pPr>
      <w:r>
        <w:rPr>
          <w:color w:val="808080"/>
          <w:sz w:val="20"/>
        </w:rPr>
        <w:t>Bu ornek yalnizca kisisel ve ticari olmayan kullanim icindir.</w:t>
        <w:br/>
        <w:t>Her turlu dagitim veya yayinda kaynak belirtilmelidir. © mektubuuzmani.com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ktubuuzmani.com/klinik-psikoloji-yuksek-lisans-niyet-mektubu-ornegi/" TargetMode="External"/><Relationship Id="rId10" Type="http://schemas.openxmlformats.org/officeDocument/2006/relationships/hyperlink" Target="https://mektubuuzma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