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KABUL MEKTUBU</w:t>
      </w:r>
    </w:p>
    <w:p/>
    <w:p/>
    <w:p>
      <w:r>
        <w:rPr>
          <w:b/>
          <w:sz w:val="22"/>
        </w:rPr>
        <w:t>KONU: İş Teklifi Kabulü</w:t>
      </w:r>
    </w:p>
    <w:p/>
    <w:p>
      <w:r>
        <w:rPr>
          <w:b w:val="0"/>
          <w:sz w:val="22"/>
        </w:rPr>
        <w:t>Sayın,</w:t>
      </w:r>
    </w:p>
    <w:p/>
    <w:p>
      <w:r>
        <w:rPr>
          <w:b w:val="0"/>
          <w:sz w:val="22"/>
        </w:rPr>
        <w:t>İşbu mektup ile, tarafıma iletilen iş teklifini kabul ettiğimi ve aşağıda belirtilen koşullarla çalışmayı onayladığımı bildiririm.</w:t>
      </w:r>
    </w:p>
    <w:p/>
    <w:p/>
    <w:p>
      <w:r>
        <w:rPr>
          <w:b/>
          <w:sz w:val="22"/>
        </w:rPr>
        <w:t>1. İşveren Bilgileri</w:t>
      </w:r>
    </w:p>
    <w:p>
      <w:r>
        <w:rPr>
          <w:b w:val="0"/>
          <w:sz w:val="22"/>
        </w:rPr>
        <w:t>Firma Adı : ________________________________________________</w:t>
      </w:r>
    </w:p>
    <w:p>
      <w:r>
        <w:rPr>
          <w:b w:val="0"/>
          <w:sz w:val="22"/>
        </w:rPr>
        <w:t>Adres      : ________________________________________________</w:t>
      </w:r>
    </w:p>
    <w:p>
      <w:r>
        <w:rPr>
          <w:b w:val="0"/>
          <w:sz w:val="22"/>
        </w:rPr>
        <w:t>Telefon    : ________________________________________________</w:t>
      </w:r>
    </w:p>
    <w:p>
      <w:r>
        <w:rPr>
          <w:b w:val="0"/>
          <w:sz w:val="22"/>
        </w:rPr>
        <w:t>E-posta    : ________________________________________________</w:t>
      </w:r>
    </w:p>
    <w:p/>
    <w:p>
      <w:r>
        <w:rPr>
          <w:b/>
          <w:sz w:val="22"/>
        </w:rPr>
        <w:t>2. Çalışan Bilgileri</w:t>
      </w:r>
    </w:p>
    <w:p>
      <w:r>
        <w:rPr>
          <w:b w:val="0"/>
          <w:sz w:val="22"/>
        </w:rPr>
        <w:t>Adı Soyadı : ________________________________________________</w:t>
      </w:r>
    </w:p>
    <w:p>
      <w:r>
        <w:rPr>
          <w:b w:val="0"/>
          <w:sz w:val="22"/>
        </w:rPr>
        <w:t>TC Kimlik No : ______________________________________________</w:t>
      </w:r>
    </w:p>
    <w:p>
      <w:r>
        <w:rPr>
          <w:b w:val="0"/>
          <w:sz w:val="22"/>
        </w:rPr>
        <w:t>Adres       : ________________________________________________</w:t>
      </w:r>
    </w:p>
    <w:p>
      <w:r>
        <w:rPr>
          <w:b w:val="0"/>
          <w:sz w:val="22"/>
        </w:rPr>
        <w:t>Telefon     : ________________________________________________</w:t>
      </w:r>
    </w:p>
    <w:p>
      <w:r>
        <w:rPr>
          <w:b w:val="0"/>
          <w:sz w:val="22"/>
        </w:rPr>
        <w:t>E-posta     : ________________________________________________</w:t>
      </w:r>
    </w:p>
    <w:p/>
    <w:p>
      <w:r>
        <w:rPr>
          <w:b/>
          <w:sz w:val="22"/>
        </w:rPr>
        <w:t>3. İş Tanımı ve Görevler</w:t>
      </w:r>
    </w:p>
    <w:p>
      <w:r>
        <w:rPr>
          <w:b w:val="0"/>
          <w:sz w:val="22"/>
        </w:rPr>
        <w:t>____________________________________________________________</w:t>
      </w:r>
    </w:p>
    <w:p>
      <w:r>
        <w:rPr>
          <w:b w:val="0"/>
          <w:sz w:val="22"/>
        </w:rPr>
        <w:t>____________________________________________________________</w:t>
      </w:r>
    </w:p>
    <w:p>
      <w:r>
        <w:rPr>
          <w:b w:val="0"/>
          <w:sz w:val="22"/>
        </w:rPr>
        <w:t>____________________________________________________________</w:t>
      </w:r>
    </w:p>
    <w:p/>
    <w:p>
      <w:r>
        <w:rPr>
          <w:b/>
          <w:sz w:val="22"/>
        </w:rPr>
        <w:t>4. Çalışma Koşulları</w:t>
      </w:r>
    </w:p>
    <w:p>
      <w:r>
        <w:rPr>
          <w:b w:val="0"/>
          <w:sz w:val="22"/>
        </w:rPr>
        <w:t>Pozisyon          : ______________________________________________</w:t>
      </w:r>
    </w:p>
    <w:p>
      <w:r>
        <w:rPr>
          <w:b w:val="0"/>
          <w:sz w:val="22"/>
        </w:rPr>
        <w:t>Çalışma Yeri      : ______________________________________________</w:t>
      </w:r>
    </w:p>
    <w:p>
      <w:r>
        <w:rPr>
          <w:b w:val="0"/>
          <w:sz w:val="22"/>
        </w:rPr>
        <w:t>Başlangıç Tarihi  : ______________________________________________</w:t>
      </w:r>
    </w:p>
    <w:p>
      <w:r>
        <w:rPr>
          <w:b w:val="0"/>
          <w:sz w:val="22"/>
        </w:rPr>
        <w:t>Çalışma Saatleri  : ______________________________________________</w:t>
      </w:r>
    </w:p>
    <w:p>
      <w:r>
        <w:rPr>
          <w:b w:val="0"/>
          <w:sz w:val="22"/>
        </w:rPr>
        <w:t>Ücret             : ______________________________________________ TL</w:t>
      </w:r>
    </w:p>
    <w:p>
      <w:r>
        <w:rPr>
          <w:b w:val="0"/>
          <w:sz w:val="22"/>
        </w:rPr>
        <w:t>Diğer Haklar      : ______________________________________________</w:t>
      </w:r>
    </w:p>
    <w:p/>
    <w:p>
      <w:r>
        <w:rPr>
          <w:b/>
          <w:sz w:val="22"/>
        </w:rPr>
        <w:t>5. Taahhütler</w:t>
      </w:r>
    </w:p>
    <w:p>
      <w:r>
        <w:rPr>
          <w:b w:val="0"/>
          <w:sz w:val="22"/>
        </w:rPr>
        <w:t>İşbu kabul mektubunu imzalamak suretiyle iş teklifini tamamen kabul ettiğimi, belirtilen koşullara uyacağımı ve işveren ile uyum içinde çalışacağımı taahhüt ederim.</w:t>
      </w:r>
    </w:p>
    <w:p/>
    <w:p/>
    <w:p/>
    <w:p>
      <w:r>
        <w:rPr>
          <w:b/>
          <w:sz w:val="22"/>
        </w:rPr>
        <w:t>İşveren Adı ve Yetkilisi:</w:t>
      </w:r>
    </w:p>
    <w:p>
      <w:r>
        <w:rPr>
          <w:b w:val="0"/>
          <w:sz w:val="22"/>
        </w:rPr>
        <w:t>İmza : ________________________________</w:t>
      </w:r>
    </w:p>
    <w:p/>
    <w:p/>
    <w:p>
      <w:r>
        <w:rPr>
          <w:b/>
          <w:sz w:val="22"/>
        </w:rPr>
        <w:t>Çalışan:</w:t>
      </w:r>
    </w:p>
    <w:p>
      <w:r>
        <w:rPr>
          <w:b w:val="0"/>
          <w:sz w:val="22"/>
        </w:rPr>
        <w:t>Adı Soyadı : ________________________________________________</w:t>
      </w:r>
    </w:p>
    <w:p>
      <w:r>
        <w:rPr>
          <w:b w:val="0"/>
          <w:sz w:val="22"/>
        </w:rPr>
        <w:t>İmza      : ________________________________</w:t>
      </w:r>
    </w:p>
    <w:p/>
    <w:p/>
    <w:p/>
    <w:p>
      <w:pPr>
        <w:jc w:val="center"/>
      </w:pPr>
      <w:r>
        <w:rPr>
          <w:b w:val="0"/>
          <w:sz w:val="22"/>
        </w:rPr>
        <w:t>Not: Bu mektup, tarafların karşılıklı mutabakatı ile iş teklifinin kabul edilmesini belgelemektedir. Türkiye Cumhuriyeti İş Kanunu ve ilgili mevzuat hükümleri geçerlidir.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https://mektubuuzmani.com/kabul-mektubu-ornegi/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https://mektubuuzmani.com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mektubuuzmani.com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ektubuuzmani.com/kabul-mektubu-ornegi/" TargetMode="External"/><Relationship Id="rId10" Type="http://schemas.openxmlformats.org/officeDocument/2006/relationships/hyperlink" Target="https://mektubuuzma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