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İŞVEREN MEKTUBU</w:t>
      </w:r>
    </w:p>
    <w:p/>
    <w:p/>
    <w:p>
      <w:r>
        <w:rPr>
          <w:b w:val="0"/>
          <w:sz w:val="22"/>
        </w:rPr>
        <w:t>Kurum / Firma Adı : ________________________________________________</w:t>
      </w:r>
    </w:p>
    <w:p>
      <w:r>
        <w:rPr>
          <w:b w:val="0"/>
          <w:sz w:val="22"/>
        </w:rPr>
        <w:t>Adres : _____________________________________________________________</w:t>
      </w:r>
    </w:p>
    <w:p>
      <w:r>
        <w:rPr>
          <w:b w:val="0"/>
          <w:sz w:val="22"/>
        </w:rPr>
        <w:t>Telefon : _______________________  E-posta : _________________________</w:t>
      </w:r>
    </w:p>
    <w:p/>
    <w:p>
      <w:r>
        <w:rPr>
          <w:b/>
          <w:sz w:val="22"/>
        </w:rPr>
        <w:t>Çalışanın Bilgileri</w:t>
      </w:r>
    </w:p>
    <w:p>
      <w:r>
        <w:rPr>
          <w:b w:val="0"/>
          <w:sz w:val="22"/>
        </w:rPr>
        <w:t>Adı Soyadı : _______________________________________________________</w:t>
      </w:r>
    </w:p>
    <w:p>
      <w:r>
        <w:rPr>
          <w:b w:val="0"/>
          <w:sz w:val="22"/>
        </w:rPr>
        <w:t>T.C. Kimlik No : ___________________________________________________</w:t>
      </w:r>
    </w:p>
    <w:p>
      <w:r>
        <w:rPr>
          <w:b w:val="0"/>
          <w:sz w:val="22"/>
        </w:rPr>
        <w:t>Görevi / Pozisyonu : ________________________________________________</w:t>
      </w:r>
    </w:p>
    <w:p>
      <w:r>
        <w:rPr>
          <w:b w:val="0"/>
          <w:sz w:val="22"/>
        </w:rPr>
        <w:t>Çalışma Süresi (Başlangıç - Bitiş) : _________________________________</w:t>
      </w:r>
    </w:p>
    <w:p>
      <w:r>
        <w:rPr>
          <w:b w:val="0"/>
          <w:sz w:val="22"/>
        </w:rPr>
        <w:t>Çalışma Şekli : _____________________________________________________</w:t>
      </w:r>
    </w:p>
    <w:p>
      <w:r>
        <w:rPr>
          <w:b w:val="0"/>
          <w:sz w:val="22"/>
        </w:rPr>
        <w:t>Maaş / Ücret : ______________________________________________________</w:t>
      </w:r>
    </w:p>
    <w:p/>
    <w:p>
      <w:r>
        <w:rPr>
          <w:b w:val="0"/>
          <w:sz w:val="22"/>
        </w:rPr>
        <w:t>Sayın Yetkili,</w:t>
      </w:r>
    </w:p>
    <w:p/>
    <w:p>
      <w:r>
        <w:rPr>
          <w:b w:val="0"/>
          <w:sz w:val="22"/>
        </w:rPr>
        <w:t>Bu mektup, yukarıda bilgileri verilen çalışanın kurumumuz / firmamız bünyesinde belirtilen pozisyonda çalıştığını ve çalışma durumunu teyit etmek amacıyla düzenlenmiştir. Çalışanımızın iş sözleşmesi kapsamında görevlerini yerine getirmekte olduğunu belirtiriz.</w:t>
      </w:r>
    </w:p>
    <w:p/>
    <w:p>
      <w:r>
        <w:rPr>
          <w:b w:val="0"/>
          <w:sz w:val="22"/>
        </w:rPr>
        <w:t>Çalışanımızın işbu mektup ile belirtilen pozisyonu ve çalışma şartları, Türkiye Cumhuriyeti iş mevzuatına uygun olarak düzenlenmiş olup, çalışanın hak ve yükümlülükleri kapsamlı şekilde belirlenmiştir.</w:t>
      </w:r>
    </w:p>
    <w:p/>
    <w:p>
      <w:r>
        <w:rPr>
          <w:b w:val="0"/>
          <w:sz w:val="22"/>
        </w:rPr>
        <w:t>Herhangi bir ek bilgi veya belge talebiniz olması halinde kurumumuzla iletişime geçebilirsiniz.</w:t>
      </w:r>
    </w:p>
    <w:p/>
    <w:p/>
    <w:p>
      <w:r>
        <w:rPr>
          <w:b w:val="0"/>
          <w:sz w:val="22"/>
        </w:rPr>
        <w:t>Saygılarımızla,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İşveren Yetkilisi Adı Soyadı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İşveren Yetkilisi İmzası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https://mektubuuzmani.com/isveren-mektubu-ornegi/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https://mektubuuzmani.com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mektubuuzmani.com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ektubuuzmani.com/isveren-mektubu-ornegi/" TargetMode="External"/><Relationship Id="rId10" Type="http://schemas.openxmlformats.org/officeDocument/2006/relationships/hyperlink" Target="https://mektubuuzma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