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İŞ İÇİN REFERANS MEKTUBU</w:t>
      </w:r>
    </w:p>
    <w:p/>
    <w:p/>
    <w:p>
      <w:r>
        <w:rPr>
          <w:b w:val="0"/>
          <w:sz w:val="22"/>
        </w:rPr>
        <w:t>Kime İlgili Makama,</w:t>
      </w:r>
    </w:p>
    <w:p/>
    <w:p>
      <w:r>
        <w:rPr>
          <w:b w:val="0"/>
          <w:sz w:val="22"/>
        </w:rPr>
        <w:t>Bu mektup, aşağıda bilgileri verilen kişinin iş performansı, yetkinlikleri ve karakteri hakkında referans verme amacıyla hazırlanmıştır.</w:t>
      </w:r>
    </w:p>
    <w:p/>
    <w:p/>
    <w:p>
      <w:r>
        <w:rPr>
          <w:b/>
          <w:sz w:val="22"/>
        </w:rPr>
        <w:t>Referans Verilen Kişi:</w:t>
      </w:r>
    </w:p>
    <w:p>
      <w:r>
        <w:rPr>
          <w:b w:val="0"/>
          <w:sz w:val="22"/>
        </w:rPr>
        <w:t>Adı Soyadı : ___________________________________________________________</w:t>
      </w:r>
    </w:p>
    <w:p>
      <w:r>
        <w:rPr>
          <w:b w:val="0"/>
          <w:sz w:val="22"/>
        </w:rPr>
        <w:t>TC Kimlik No : _________________________________________________________</w:t>
      </w:r>
    </w:p>
    <w:p>
      <w:r>
        <w:rPr>
          <w:b w:val="0"/>
          <w:sz w:val="22"/>
        </w:rPr>
        <w:t>İş Pozisyonu : _________________________________________________________</w:t>
      </w:r>
    </w:p>
    <w:p>
      <w:r>
        <w:rPr>
          <w:b w:val="0"/>
          <w:sz w:val="22"/>
        </w:rPr>
        <w:t>Çalıştığı Firma : ______________________________________________________</w:t>
      </w:r>
    </w:p>
    <w:p>
      <w:r>
        <w:rPr>
          <w:b w:val="0"/>
          <w:sz w:val="22"/>
        </w:rPr>
        <w:t>Çalışma Süresi : _______________________________________________________</w:t>
      </w:r>
    </w:p>
    <w:p/>
    <w:p>
      <w:r>
        <w:rPr>
          <w:b/>
          <w:sz w:val="22"/>
        </w:rPr>
        <w:t>Referans Veren:</w:t>
      </w:r>
    </w:p>
    <w:p>
      <w:r>
        <w:rPr>
          <w:b w:val="0"/>
          <w:sz w:val="22"/>
        </w:rPr>
        <w:t>Adı Soyadı : ___________________________________________________________</w:t>
      </w:r>
    </w:p>
    <w:p>
      <w:r>
        <w:rPr>
          <w:b w:val="0"/>
          <w:sz w:val="22"/>
        </w:rPr>
        <w:t>Görevi : _______________________________________________________________</w:t>
      </w:r>
    </w:p>
    <w:p>
      <w:r>
        <w:rPr>
          <w:b w:val="0"/>
          <w:sz w:val="22"/>
        </w:rPr>
        <w:t>Firma : ________________________________________________________________</w:t>
      </w:r>
    </w:p>
    <w:p>
      <w:r>
        <w:rPr>
          <w:b w:val="0"/>
          <w:sz w:val="22"/>
        </w:rPr>
        <w:t>İletişim Bilgileri : ____________________________________________________</w:t>
      </w:r>
    </w:p>
    <w:p/>
    <w:p>
      <w:r>
        <w:rPr>
          <w:b/>
          <w:sz w:val="22"/>
        </w:rPr>
        <w:t>Referansın İçeriği:</w:t>
      </w:r>
    </w:p>
    <w:p>
      <w:r>
        <w:rPr>
          <w:b w:val="0"/>
          <w:sz w:val="22"/>
        </w:rPr>
        <w:t>Referans verdiğimiz kişi, çalıştığı süre boyunca iş disiplini, sorumluluk bilinci ve iş ahlakı ile örnek bir çalışan olmuştur. Görevlerini eksiksiz ve zamanında yerine getirmiş, ekip çalışmasına uyum sağlamış, gerekli durumlarda inisiyatif kullanarak başarılı sonuçlar elde etmiştir.</w:t>
      </w:r>
    </w:p>
    <w:p/>
    <w:p>
      <w:r>
        <w:rPr>
          <w:b w:val="0"/>
          <w:sz w:val="22"/>
        </w:rPr>
        <w:t>Kendisiyle çalışmak her zaman memnuniyet verici olmuş ve iş ortamına olumlu katkılar sağlamıştır. İşle ilgili teknik bilgi ve becerileri yeterli düzeydedir. Referans verdiğimiz kişinin yeni görevlerinde de başarılı olacağına olan inancımız tamdır.</w:t>
      </w:r>
    </w:p>
    <w:p/>
    <w:p/>
    <w:p>
      <w:r>
        <w:rPr>
          <w:b w:val="0"/>
          <w:sz w:val="22"/>
        </w:rPr>
        <w:t>Saygılarımızla,</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Referans Veren</w:t>
            </w:r>
          </w:p>
        </w:tc>
        <w:tc>
          <w:tcPr>
            <w:tcW w:type="dxa" w:w="4986"/>
            <w:tcBorders>
              <w:top w:val="nil"/>
              <w:left w:val="nil"/>
              <w:bottom w:val="nil"/>
              <w:right w:val="nil"/>
              <w:insideH w:val="nil"/>
              <w:insideV w:val="nil"/>
            </w:tcBorders>
          </w:tcPr>
          <w:p>
            <w:pPr>
              <w:jc w:val="center"/>
            </w:pPr>
            <w:r>
              <w:t>Referans Verilen</w:t>
            </w:r>
          </w:p>
        </w:tc>
      </w:tr>
      <w:tr>
        <w:tc>
          <w:tcPr>
            <w:tcW w:type="dxa" w:w="4986"/>
            <w:tcBorders>
              <w:top w:val="nil"/>
              <w:left w:val="nil"/>
              <w:bottom w:val="nil"/>
              <w:right w:val="nil"/>
              <w:insideH w:val="nil"/>
              <w:insideV w:val="nil"/>
            </w:tcBorders>
          </w:tcPr>
          <w:p>
            <w:pPr>
              <w:jc w:val="center"/>
            </w:pPr>
            <w:r>
              <w:br/>
              <w:br/>
              <w:t>İmza : ___________________________</w:t>
            </w:r>
          </w:p>
        </w:tc>
        <w:tc>
          <w:tcPr>
            <w:tcW w:type="dxa" w:w="4986"/>
            <w:tcBorders>
              <w:top w:val="nil"/>
              <w:left w:val="nil"/>
              <w:bottom w:val="nil"/>
              <w:right w:val="nil"/>
              <w:insideH w:val="nil"/>
              <w:insideV w:val="nil"/>
            </w:tcBorders>
          </w:tcPr>
          <w:p>
            <w:pPr>
              <w:jc w:val="center"/>
            </w:pPr>
            <w:r>
              <w:br/>
              <w:br/>
              <w:t>İmza : ___________________________</w:t>
            </w:r>
          </w:p>
        </w:tc>
      </w:tr>
      <w:tr>
        <w:tc>
          <w:tcPr>
            <w:tcW w:type="dxa" w:w="4986"/>
            <w:tcBorders>
              <w:top w:val="nil"/>
              <w:left w:val="nil"/>
              <w:bottom w:val="nil"/>
              <w:right w:val="nil"/>
              <w:insideH w:val="nil"/>
              <w:insideV w:val="nil"/>
            </w:tcBorders>
          </w:tcPr>
          <w:p>
            <w:pPr>
              <w:jc w:val="center"/>
            </w:pPr>
            <w:r>
              <w:t>Ad Soyad : _______________________</w:t>
            </w:r>
          </w:p>
        </w:tc>
        <w:tc>
          <w:tcPr>
            <w:tcW w:type="dxa" w:w="4986"/>
            <w:tcBorders>
              <w:top w:val="nil"/>
              <w:left w:val="nil"/>
              <w:bottom w:val="nil"/>
              <w:right w:val="nil"/>
              <w:insideH w:val="nil"/>
              <w:insideV w:val="nil"/>
            </w:tcBorders>
          </w:tcPr>
          <w:p>
            <w:pPr>
              <w:jc w:val="center"/>
            </w:pPr>
            <w:r>
              <w:t>Ad Soyad : _______________________</w:t>
            </w:r>
          </w:p>
        </w:tc>
      </w:tr>
    </w:tbl>
    <w:p>
      <w:r>
        <w:br w:type="page"/>
      </w:r>
    </w:p>
    <w:p>
      <w:pPr>
        <w:jc w:val="center"/>
      </w:pPr>
      <w:r>
        <w:rPr>
          <w:color w:val="555555"/>
          <w:sz w:val="24"/>
        </w:rPr>
        <w:t>Bu belgenin orijinal kaynagi:</w:t>
      </w:r>
    </w:p>
    <w:p>
      <w:pPr>
        <w:jc w:val="center"/>
      </w:pPr>
      <w:hyperlink r:id="rId9">
        <w:r>
          <w:rPr>
            <w:color w:val="0000FF"/>
            <w:u w:val="single"/>
          </w:rPr>
          <w:t>https://mektubuuzmani.com/is-icin-referans-mektubu-ornegi/</w:t>
        </w:r>
      </w:hyperlink>
    </w:p>
    <w:p>
      <w:pPr>
        <w:jc w:val="center"/>
      </w:pPr>
      <w:r>
        <w:rPr>
          <w:color w:val="555555"/>
          <w:sz w:val="26"/>
        </w:rPr>
        <w:t>Bu ornek sizin icin faydali oldu mu?</w:t>
      </w:r>
    </w:p>
    <w:p>
      <w:pPr>
        <w:jc w:val="center"/>
      </w:pPr>
      <w:r>
        <w:rPr>
          <w:color w:val="555555"/>
          <w:sz w:val="26"/>
        </w:rPr>
        <w:t>Guncellenmis diger orneklere web sitemizden ulasabilirsiniz:</w:t>
      </w:r>
    </w:p>
    <w:p>
      <w:pPr>
        <w:jc w:val="center"/>
      </w:pPr>
      <w:hyperlink r:id="rId10">
        <w:r>
          <w:rPr>
            <w:color w:val="0000FF"/>
            <w:u w:val="single"/>
          </w:rPr>
          <w:t>https://mektubuuzmani.com</w:t>
        </w:r>
      </w:hyperlink>
    </w:p>
    <w:p>
      <w:pPr>
        <w:jc w:val="center"/>
      </w:pPr>
      <w:r>
        <w:rPr>
          <w:color w:val="808080"/>
          <w:sz w:val="20"/>
        </w:rPr>
        <w:t>Bu ornek yalnizca kisisel ve ticari olmayan kullanim icindir.</w:t>
        <w:br/>
        <w:t>Her turlu dagitim veya yayinda kaynak belirtilmelidir. © mektubuuzmani.com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ktubuuzmani.com/is-icin-referans-mektubu-ornegi/" TargetMode="External"/><Relationship Id="rId10" Type="http://schemas.openxmlformats.org/officeDocument/2006/relationships/hyperlink" Target="https://mektubuuzman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