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NIYET MEKTUBU</w:t>
      </w:r>
    </w:p>
    <w:p/>
    <w:p>
      <w:r>
        <w:rPr>
          <w:b/>
          <w:sz w:val="22"/>
        </w:rPr>
        <w:t>Gönderen:</w:t>
      </w:r>
    </w:p>
    <w:p>
      <w:r>
        <w:rPr>
          <w:b w:val="0"/>
          <w:sz w:val="22"/>
        </w:rPr>
        <w:t>Adı Soyadı : ________________________________________________</w:t>
      </w:r>
    </w:p>
    <w:p>
      <w:r>
        <w:rPr>
          <w:b w:val="0"/>
          <w:sz w:val="22"/>
        </w:rPr>
        <w:t>Adres : ______________________________________________________</w:t>
      </w:r>
    </w:p>
    <w:p>
      <w:r>
        <w:rPr>
          <w:b w:val="0"/>
          <w:sz w:val="22"/>
        </w:rPr>
        <w:t>Telefon : _________________________________________________</w:t>
      </w:r>
    </w:p>
    <w:p>
      <w:r>
        <w:rPr>
          <w:b w:val="0"/>
          <w:sz w:val="22"/>
        </w:rPr>
        <w:t>E-posta : _________________________________________________</w:t>
      </w:r>
    </w:p>
    <w:p/>
    <w:p>
      <w:r>
        <w:rPr>
          <w:b/>
          <w:sz w:val="22"/>
        </w:rPr>
        <w:t>Alıcı:</w:t>
      </w:r>
    </w:p>
    <w:p>
      <w:r>
        <w:rPr>
          <w:b w:val="0"/>
          <w:sz w:val="22"/>
        </w:rPr>
        <w:t>Kurum/Şirket Adı : ___________________________________________</w:t>
      </w:r>
    </w:p>
    <w:p>
      <w:r>
        <w:rPr>
          <w:b w:val="0"/>
          <w:sz w:val="22"/>
        </w:rPr>
        <w:t>Adres : ______________________________________________________</w:t>
      </w:r>
    </w:p>
    <w:p/>
    <w:p>
      <w:pPr>
        <w:jc w:val="center"/>
      </w:pPr>
      <w:r>
        <w:rPr>
          <w:b/>
          <w:sz w:val="22"/>
        </w:rPr>
        <w:t>Konu: İngiltere’ye eğitim amaçlı başvuru niyet mektubu</w:t>
      </w:r>
    </w:p>
    <w:p/>
    <w:p>
      <w:r>
        <w:rPr>
          <w:b w:val="0"/>
          <w:sz w:val="22"/>
        </w:rPr>
        <w:t>Sayın Yetkili,</w:t>
      </w:r>
    </w:p>
    <w:p/>
    <w:p>
      <w:r>
        <w:rPr>
          <w:b w:val="0"/>
          <w:sz w:val="22"/>
        </w:rPr>
        <w:t>Ben, yukarıda bilgileri verilen, İngiltere’de eğitim alma amacıyla bu niyet mektubunu yazıyorum. Eğitim hayatıma katkı sağlayacak bu fırsat için başvurumun olumlu değerlendirilmesini rica ederim.</w:t>
      </w:r>
    </w:p>
    <w:p/>
    <w:p>
      <w:r>
        <w:rPr>
          <w:b w:val="0"/>
          <w:sz w:val="22"/>
        </w:rPr>
        <w:t>Eğitim planlarım aşağıdaki gibidir:</w:t>
      </w:r>
    </w:p>
    <w:p>
      <w:r>
        <w:rPr>
          <w:b w:val="0"/>
          <w:sz w:val="22"/>
        </w:rPr>
        <w:t>• Eğitim Kurumu ve Bölümü : __________________________________________</w:t>
      </w:r>
    </w:p>
    <w:p>
      <w:r>
        <w:rPr>
          <w:b w:val="0"/>
          <w:sz w:val="22"/>
        </w:rPr>
        <w:t>• Eğitim Süresi : ____________________________________________________</w:t>
      </w:r>
    </w:p>
    <w:p>
      <w:r>
        <w:rPr>
          <w:b w:val="0"/>
          <w:sz w:val="22"/>
        </w:rPr>
        <w:t>• Seçme Sebebim : _________________________________________________</w:t>
      </w:r>
    </w:p>
    <w:p/>
    <w:p>
      <w:r>
        <w:rPr>
          <w:b w:val="0"/>
          <w:sz w:val="22"/>
        </w:rPr>
        <w:t>Türkiye’deki mevcut durumum ve İngiltere’de eğitim almamın önemi hakkında bilgi vermek isterim:</w:t>
      </w:r>
    </w:p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/>
    <w:p>
      <w:r>
        <w:rPr>
          <w:b w:val="0"/>
          <w:sz w:val="22"/>
        </w:rPr>
        <w:t>Finansal durumum ile ilgili olarak, eğitim ve yaşam masraflarımı karşılayacak maddi kaynaklara sahibim.</w:t>
      </w:r>
    </w:p>
    <w:p>
      <w:r>
        <w:rPr>
          <w:b w:val="0"/>
          <w:sz w:val="22"/>
        </w:rPr>
        <w:t>Bu konuda aşağıdaki belgeleri sunmuş bulunuyorum:</w:t>
      </w:r>
    </w:p>
    <w:p>
      <w:r>
        <w:rPr>
          <w:b w:val="0"/>
          <w:sz w:val="22"/>
        </w:rPr>
        <w:t>• Banka hesap dökümü</w:t>
      </w:r>
    </w:p>
    <w:p>
      <w:r>
        <w:rPr>
          <w:b w:val="0"/>
          <w:sz w:val="22"/>
        </w:rPr>
        <w:t>• Sponsor mektubu (varsa)</w:t>
      </w:r>
    </w:p>
    <w:p>
      <w:r>
        <w:rPr>
          <w:b w:val="0"/>
          <w:sz w:val="22"/>
        </w:rPr>
        <w:t>• Diğer finansal belgeler</w:t>
      </w:r>
    </w:p>
    <w:p/>
    <w:p>
      <w:r>
        <w:rPr>
          <w:b w:val="0"/>
          <w:sz w:val="22"/>
        </w:rPr>
        <w:t>İngiltere’de kalışımın süresi eğitim sürem ile sınırlı olup, eğitim bittikten sonra Türkiye’ye geri dönmeyi taahhüt ederim.</w:t>
      </w:r>
    </w:p>
    <w:p/>
    <w:p>
      <w:pPr>
        <w:jc w:val="center"/>
      </w:pPr>
      <w:r>
        <w:rPr>
          <w:b w:val="0"/>
          <w:sz w:val="22"/>
        </w:rPr>
        <w:t>Saygılarımla,</w:t>
      </w:r>
    </w:p>
    <w:p/>
    <w:p/>
    <w:p/>
    <w:p/>
    <w:p>
      <w:pPr>
        <w:jc w:val="center"/>
      </w:pPr>
      <w:r>
        <w:rPr>
          <w:b w:val="0"/>
          <w:sz w:val="22"/>
        </w:rPr>
        <w:t>Adı Soyadı : __________________________________________</w:t>
      </w:r>
    </w:p>
    <w:p>
      <w:pPr>
        <w:jc w:val="center"/>
      </w:pPr>
      <w:r>
        <w:rPr>
          <w:b w:val="0"/>
          <w:sz w:val="22"/>
        </w:rPr>
        <w:t>İmza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Gönderen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Alıcı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https://mektubuuzmani.com/ingiltere-niyet-mektubu-ornegi/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ingiltere-niye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