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GES ÇAĞRI MEKTUBU</w:t>
      </w:r>
    </w:p>
    <w:p/>
    <w:p/>
    <w:p>
      <w:r>
        <w:rPr>
          <w:b/>
          <w:sz w:val="22"/>
        </w:rPr>
        <w:t>Gönderen:</w:t>
      </w:r>
    </w:p>
    <w:p>
      <w:r>
        <w:rPr>
          <w:b w:val="0"/>
          <w:sz w:val="22"/>
        </w:rPr>
        <w:t>Adı Soyadı / Ünvanı : ______________________________________________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</w:t>
      </w:r>
    </w:p>
    <w:p/>
    <w:p>
      <w:r>
        <w:rPr>
          <w:b/>
          <w:sz w:val="22"/>
        </w:rPr>
        <w:t>Alıcı:</w:t>
      </w:r>
    </w:p>
    <w:p>
      <w:r>
        <w:rPr>
          <w:b w:val="0"/>
          <w:sz w:val="22"/>
        </w:rPr>
        <w:t>Adı Soyadı / Ünvanı : ______________________________________________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</w:t>
      </w:r>
    </w:p>
    <w:p/>
    <w:p/>
    <w:p>
      <w:r>
        <w:rPr>
          <w:b/>
          <w:sz w:val="22"/>
        </w:rPr>
        <w:t>KONU:</w:t>
      </w:r>
    </w:p>
    <w:p>
      <w:r>
        <w:rPr>
          <w:b w:val="0"/>
          <w:sz w:val="22"/>
        </w:rPr>
        <w:t>GES (Güneş Enerjisi Santrali) projesi kapsamında, aşağıda belirtilen şartlar dahilinde teklif verilmesi için çağrıda bulunulmuştur.</w:t>
      </w:r>
    </w:p>
    <w:p/>
    <w:p/>
    <w:p>
      <w:r>
        <w:rPr>
          <w:b/>
          <w:sz w:val="22"/>
        </w:rPr>
        <w:t>1. Proje Bilgileri</w:t>
      </w:r>
    </w:p>
    <w:p>
      <w:r>
        <w:rPr>
          <w:b w:val="0"/>
          <w:sz w:val="22"/>
        </w:rPr>
        <w:t>Projenin Adı : _______________________________________________________</w:t>
      </w:r>
    </w:p>
    <w:p>
      <w:r>
        <w:rPr>
          <w:b w:val="0"/>
          <w:sz w:val="22"/>
        </w:rPr>
        <w:t>Yeri : _______________________________________________________________</w:t>
      </w:r>
    </w:p>
    <w:p>
      <w:r>
        <w:rPr>
          <w:b w:val="0"/>
          <w:sz w:val="22"/>
        </w:rPr>
        <w:t>Kurulu Güç (kWp) : _________________________________________________</w:t>
      </w:r>
    </w:p>
    <w:p>
      <w:r>
        <w:rPr>
          <w:b w:val="0"/>
          <w:sz w:val="22"/>
        </w:rPr>
        <w:t>Teklif Kapsamı : _____________________________________________________</w:t>
      </w:r>
    </w:p>
    <w:p/>
    <w:p>
      <w:r>
        <w:rPr>
          <w:b/>
          <w:sz w:val="22"/>
        </w:rPr>
        <w:t>2. Teklif Verme Koşulları</w:t>
      </w:r>
    </w:p>
    <w:p>
      <w:r>
        <w:rPr>
          <w:b w:val="0"/>
          <w:sz w:val="22"/>
        </w:rPr>
        <w:t>Tekliflerin son teslim tarihi : ________________________________________</w:t>
      </w:r>
    </w:p>
    <w:p>
      <w:r>
        <w:rPr>
          <w:b w:val="0"/>
          <w:sz w:val="22"/>
        </w:rPr>
        <w:t>Tekliflerin teslim yeri : ______________________________________________</w:t>
      </w:r>
    </w:p>
    <w:p>
      <w:r>
        <w:rPr>
          <w:b w:val="0"/>
          <w:sz w:val="22"/>
        </w:rPr>
        <w:t>Teklifler yazılı olarak ve kapalı zarf ile teslim edilmelidir.</w:t>
      </w:r>
    </w:p>
    <w:p>
      <w:r>
        <w:rPr>
          <w:b w:val="0"/>
          <w:sz w:val="22"/>
        </w:rPr>
        <w:t>Tekliflerde işin tamamı için fiyat ve ödeme koşulları açıkça belirtilmelidir.</w:t>
      </w:r>
    </w:p>
    <w:p/>
    <w:p>
      <w:r>
        <w:rPr>
          <w:b/>
          <w:sz w:val="22"/>
        </w:rPr>
        <w:t>3. Teknik Şartlar</w:t>
      </w:r>
    </w:p>
    <w:p>
      <w:r>
        <w:rPr>
          <w:b w:val="0"/>
          <w:sz w:val="22"/>
        </w:rPr>
        <w:t>Teklif edilen ekipman ve hizmetler Türk Standartları ve ilgili mevzuata uygun olmalıdır.</w:t>
      </w:r>
    </w:p>
    <w:p>
      <w:r>
        <w:rPr>
          <w:b w:val="0"/>
          <w:sz w:val="22"/>
        </w:rPr>
        <w:t>Garanti süresi en az ______ yıl olmalıdır.</w:t>
      </w:r>
    </w:p>
    <w:p>
      <w:r>
        <w:rPr>
          <w:b w:val="0"/>
          <w:sz w:val="22"/>
        </w:rPr>
        <w:t>Kurulum, devreye alma ve eğitim hizmetleri teklif kapsamında değerlendirilecektir.</w:t>
      </w:r>
    </w:p>
    <w:p/>
    <w:p>
      <w:r>
        <w:rPr>
          <w:b/>
          <w:sz w:val="22"/>
        </w:rPr>
        <w:t>4. Değerlendirme ve Sözleşme</w:t>
      </w:r>
    </w:p>
    <w:p>
      <w:r>
        <w:rPr>
          <w:b w:val="0"/>
          <w:sz w:val="22"/>
        </w:rPr>
        <w:t>Teklifler teknik ve ekonomik açıdan değerlendirilecek, uygun bulunan teklif sahibi ile sözleşme yapılacaktır.</w:t>
      </w:r>
    </w:p>
    <w:p>
      <w:r>
        <w:rPr>
          <w:b w:val="0"/>
          <w:sz w:val="22"/>
        </w:rPr>
        <w:t>İdare, herhangi bir teklif vermeme veya tüm teklifleri reddetme hakkını saklı tutar.</w:t>
      </w:r>
    </w:p>
    <w:p/>
    <w:p/>
    <w:p>
      <w:pPr>
        <w:jc w:val="center"/>
      </w:pPr>
      <w:r>
        <w:rPr>
          <w:b w:val="0"/>
          <w:sz w:val="22"/>
        </w:rPr>
        <w:t>İşbu çağrı mektubu, yukarıda belirtilen konularda teklif vermeniz için tarafınıza gönderilmiştir. Gereğini bilgilerinize arz ederiz.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Gönderen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Alıcı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https://mektubuuzmani.com/ges-cagrı-mektubu-ornegi/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ges-cagr&#305;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