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GEÇİCİ TEMİNAT MEKTUBU</w:t>
      </w:r>
    </w:p>
    <w:p/>
    <w:p/>
    <w:p>
      <w:r>
        <w:rPr>
          <w:b w:val="0"/>
          <w:sz w:val="22"/>
        </w:rPr>
        <w:t>BANKA ADI : _______________________________________________________________</w:t>
      </w:r>
    </w:p>
    <w:p>
      <w:r>
        <w:rPr>
          <w:b w:val="0"/>
          <w:sz w:val="22"/>
        </w:rPr>
        <w:t>BANKA ŞUBESİ : ____________________________________________________________</w:t>
      </w:r>
    </w:p>
    <w:p>
      <w:r>
        <w:rPr>
          <w:b w:val="0"/>
          <w:sz w:val="22"/>
        </w:rPr>
        <w:t>MEKTUP NO : _______________________________________________________________</w:t>
      </w:r>
    </w:p>
    <w:p/>
    <w:p>
      <w:r>
        <w:rPr>
          <w:b/>
          <w:sz w:val="22"/>
        </w:rPr>
        <w:t xml:space="preserve">TALEP EDEN (BORÇLU) : </w:t>
      </w:r>
    </w:p>
    <w:p>
      <w:r>
        <w:rPr>
          <w:b w:val="0"/>
          <w:sz w:val="22"/>
        </w:rPr>
        <w:t>Adı/Soyadı veya Ünvanı : ________________________________________________</w:t>
      </w:r>
    </w:p>
    <w:p>
      <w:r>
        <w:rPr>
          <w:b w:val="0"/>
          <w:sz w:val="22"/>
        </w:rPr>
        <w:t>Adres : _________________________________________________________________</w:t>
      </w:r>
    </w:p>
    <w:p>
      <w:r>
        <w:rPr>
          <w:b w:val="0"/>
          <w:sz w:val="22"/>
        </w:rPr>
        <w:t>Vergi Dairesi ve No : ____________________________________________________</w:t>
      </w:r>
    </w:p>
    <w:p/>
    <w:p>
      <w:r>
        <w:rPr>
          <w:b/>
          <w:sz w:val="22"/>
        </w:rPr>
        <w:t xml:space="preserve">LEHDAR (ALICI) : </w:t>
      </w:r>
    </w:p>
    <w:p>
      <w:r>
        <w:rPr>
          <w:b w:val="0"/>
          <w:sz w:val="22"/>
        </w:rPr>
        <w:t>Adı/Soyadı veya Ünvanı : ________________________________________________</w:t>
      </w:r>
    </w:p>
    <w:p>
      <w:r>
        <w:rPr>
          <w:b w:val="0"/>
          <w:sz w:val="22"/>
        </w:rPr>
        <w:t>Adres : _________________________________________________________________</w:t>
      </w:r>
    </w:p>
    <w:p>
      <w:r>
        <w:rPr>
          <w:b w:val="0"/>
          <w:sz w:val="22"/>
        </w:rPr>
        <w:t>Vergi Dairesi ve No : ____________________________________________________</w:t>
      </w:r>
    </w:p>
    <w:p/>
    <w:p>
      <w:r>
        <w:rPr>
          <w:b/>
          <w:sz w:val="22"/>
        </w:rPr>
        <w:t>SÖZLEŞME KONUSU VE TUTARI :</w:t>
      </w:r>
    </w:p>
    <w:p>
      <w:r>
        <w:rPr>
          <w:b w:val="0"/>
          <w:sz w:val="22"/>
        </w:rPr>
        <w:t>Sözleşme Konusu : ______________________________________________________</w:t>
      </w:r>
    </w:p>
    <w:p>
      <w:r>
        <w:rPr>
          <w:b w:val="0"/>
          <w:sz w:val="22"/>
        </w:rPr>
        <w:t>Sözleşme Tutarı : _____________________ TL</w:t>
      </w:r>
    </w:p>
    <w:p/>
    <w:p>
      <w:r>
        <w:rPr>
          <w:b/>
          <w:sz w:val="22"/>
        </w:rPr>
        <w:t>TEMİNAT TUTARI :</w:t>
      </w:r>
    </w:p>
    <w:p>
      <w:r>
        <w:rPr>
          <w:b w:val="0"/>
          <w:sz w:val="22"/>
        </w:rPr>
        <w:t>Bu mektupla, yukarıda bilgileri verilen talep edenin, yukarıda belirtilen lehdara olan yükümlülüğünün yerine getirilmemesi durumunda,</w:t>
      </w:r>
    </w:p>
    <w:p>
      <w:r>
        <w:rPr>
          <w:b w:val="0"/>
          <w:sz w:val="22"/>
        </w:rPr>
        <w:t>banka olarak, işbu teminat mektubunda belirtilen tutar kadar ödeme yapacağımızı gayri kabili rücu olarak taahhüt ederiz.</w:t>
      </w:r>
    </w:p>
    <w:p/>
    <w:p>
      <w:r>
        <w:rPr>
          <w:b w:val="0"/>
          <w:sz w:val="22"/>
        </w:rPr>
        <w:t>TEMİNAT TUTARI (Yazıyla) : _________________________________________________</w:t>
      </w:r>
    </w:p>
    <w:p>
      <w:r>
        <w:rPr>
          <w:b w:val="0"/>
          <w:sz w:val="22"/>
        </w:rPr>
        <w:t>Teminat Tutarı (Rakamla) : _____________________ TL</w:t>
      </w:r>
    </w:p>
    <w:p/>
    <w:p>
      <w:r>
        <w:rPr>
          <w:b/>
          <w:sz w:val="22"/>
        </w:rPr>
        <w:t>GEÇERLİLİK SÜRESİ :</w:t>
      </w:r>
    </w:p>
    <w:p>
      <w:r>
        <w:rPr>
          <w:b w:val="0"/>
          <w:sz w:val="22"/>
        </w:rPr>
        <w:t>İşbu geçici teminat mektubu, ______________ tarihinden itibaren ______________ tarihine kadar geçerlidir.</w:t>
      </w:r>
    </w:p>
    <w:p>
      <w:r>
        <w:rPr>
          <w:b w:val="0"/>
          <w:sz w:val="22"/>
        </w:rPr>
        <w:t>Bankamız, bu tarihten sonra herhangi bir talep ve itiraza bağlı olmaksızın teminat mektubunun geçerliliğini sona erdirir.</w:t>
      </w:r>
    </w:p>
    <w:p/>
    <w:p>
      <w:r>
        <w:rPr>
          <w:b/>
          <w:sz w:val="22"/>
        </w:rPr>
        <w:t>ÖDEME ŞARTLARI :</w:t>
      </w:r>
    </w:p>
    <w:p>
      <w:r>
        <w:rPr>
          <w:b w:val="0"/>
          <w:sz w:val="22"/>
        </w:rPr>
        <w:t>Lehdarın yazılı talebi ve işbu mektubun aslını ibrazı üzerine, talep edenin yükümlülüklerini yerine getirmemesi halinde bankamız,</w:t>
      </w:r>
    </w:p>
    <w:p>
      <w:r>
        <w:rPr>
          <w:b w:val="0"/>
          <w:sz w:val="22"/>
        </w:rPr>
        <w:t>taahhüt edilen tutarı derhal ve defaten ödemeyi kabul eder.</w:t>
      </w:r>
    </w:p>
    <w:p/>
    <w:p>
      <w:r>
        <w:rPr>
          <w:b/>
          <w:sz w:val="22"/>
        </w:rPr>
        <w:t>GENEL HÜKÜMLER :</w:t>
      </w:r>
    </w:p>
    <w:p>
      <w:r>
        <w:rPr>
          <w:b w:val="0"/>
          <w:sz w:val="22"/>
        </w:rPr>
        <w:t>1. Bu teminat mektubu, sadece belirtilen tutar ve süre ile sınırlıdır.</w:t>
      </w:r>
    </w:p>
    <w:p>
      <w:r>
        <w:rPr>
          <w:b w:val="0"/>
          <w:sz w:val="22"/>
        </w:rPr>
        <w:t>2. Bankamız, lehdarın yazılı talebi olmadan veya teminat tutarının üzerinde ödeme yapmaz.</w:t>
      </w:r>
    </w:p>
    <w:p>
      <w:r>
        <w:rPr>
          <w:b w:val="0"/>
          <w:sz w:val="22"/>
        </w:rPr>
        <w:t>3. İşbu teminat mektubu, ilgili kanun ve mevzuat çerçevesinde düzenlenmiş olup, ihtilaf halinde Türkiye Cumhuriyeti mahkemeleri yetkilidir.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BANKA YETKİLİSİ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TALEP EDEN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Ünvanı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Ünvanı : _________________________________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2"/>
        </w:rPr>
        <w:t>İşbu teminat mektubu, bankamızın kaşe ve imzası ile geçerlilik kazanır.</w:t>
      </w:r>
    </w:p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https://mektubuuzmani.com/gecici-teminat-mektubu-ornegi/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gecici-teminat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