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MOTIVATION POUR DEMANDE EN FRANCE</w:t>
      </w:r>
    </w:p>
    <w:p/>
    <w:p/>
    <w:p>
      <w:r>
        <w:rPr>
          <w:b/>
          <w:sz w:val="20"/>
        </w:rPr>
        <w:t>À</w:t>
      </w:r>
    </w:p>
    <w:p>
      <w:r>
        <w:rPr>
          <w:b/>
          <w:sz w:val="20"/>
        </w:rPr>
        <w:t>Monsieur/Madame,</w:t>
      </w:r>
    </w:p>
    <w:p/>
    <w:p>
      <w:r>
        <w:rPr>
          <w:b w:val="0"/>
          <w:sz w:val="20"/>
        </w:rPr>
        <w:t>Je soussigné(e), :</w:t>
      </w:r>
    </w:p>
    <w:p>
      <w:r>
        <w:rPr>
          <w:b w:val="0"/>
          <w:sz w:val="20"/>
        </w:rPr>
        <w:t>Nom et prénom : ______________________________________________</w:t>
      </w:r>
    </w:p>
    <w:p>
      <w:r>
        <w:rPr>
          <w:b w:val="0"/>
          <w:sz w:val="20"/>
        </w:rPr>
        <w:t>Date de naissance : __________________________________________</w:t>
      </w:r>
    </w:p>
    <w:p>
      <w:r>
        <w:rPr>
          <w:b w:val="0"/>
          <w:sz w:val="20"/>
        </w:rPr>
        <w:t>Lieu de naissance : ___________________________________________</w:t>
      </w:r>
    </w:p>
    <w:p>
      <w:r>
        <w:rPr>
          <w:b w:val="0"/>
          <w:sz w:val="20"/>
        </w:rPr>
        <w:t>Nationalité : _________________________________________________</w:t>
      </w:r>
    </w:p>
    <w:p>
      <w:r>
        <w:rPr>
          <w:b w:val="0"/>
          <w:sz w:val="20"/>
        </w:rPr>
        <w:t>Adresse actuelle : ____________________________________________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visa / séjour en France pour les raisons suivantes :</w:t>
      </w:r>
    </w:p>
    <w:p/>
    <w:p>
      <w:r>
        <w:rPr>
          <w:b/>
          <w:sz w:val="20"/>
        </w:rPr>
        <w:t>Monsieur/Madame,</w:t>
      </w:r>
    </w:p>
    <w:p>
      <w:r>
        <w:rPr>
          <w:b w:val="0"/>
          <w:sz w:val="20"/>
        </w:rPr>
        <w:t>Je souhaite par la présente exprimer ma volonté de séjourner en France dans le cadre de :</w:t>
      </w:r>
    </w:p>
    <w:p>
      <w:r>
        <w:rPr>
          <w:b w:val="0"/>
          <w:sz w:val="20"/>
        </w:rPr>
        <w:t>- Études / Recherche / Travail / Regroupement familial / Autre (préciser) : ________________________________</w:t>
      </w:r>
    </w:p>
    <w:p/>
    <w:p>
      <w:r>
        <w:rPr>
          <w:b w:val="0"/>
          <w:sz w:val="20"/>
        </w:rPr>
        <w:t>Durant cette période, je m'engage à respecter les lois et règlements en vigueur sur le territoire français.</w:t>
      </w:r>
    </w:p>
    <w:p>
      <w:r>
        <w:rPr>
          <w:b w:val="0"/>
          <w:sz w:val="20"/>
        </w:rPr>
        <w:t>Je m'engage également à subvenir à mes besoins financiers et à ne pas exercer d'activités non autorisées.</w:t>
      </w:r>
    </w:p>
    <w:p/>
    <w:p>
      <w:r>
        <w:rPr>
          <w:b/>
          <w:sz w:val="20"/>
        </w:rPr>
        <w:t>Motivations :</w:t>
      </w:r>
    </w:p>
    <w:p>
      <w:r>
        <w:rPr>
          <w:b w:val="0"/>
          <w:sz w:val="20"/>
        </w:rPr>
        <w:t>Les raisons qui me poussent à effectuer ce séjour sont les suivantes 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>
      <w:r>
        <w:rPr>
          <w:b w:val="0"/>
          <w:sz w:val="20"/>
        </w:rPr>
        <w:t>Documents joints à cette lettre :</w:t>
      </w:r>
    </w:p>
    <w:p>
      <w:r>
        <w:rPr>
          <w:b w:val="0"/>
          <w:sz w:val="20"/>
        </w:rPr>
        <w:t>- Passeport en cours de validité</w:t>
      </w:r>
    </w:p>
    <w:p>
      <w:r>
        <w:rPr>
          <w:b w:val="0"/>
          <w:sz w:val="20"/>
        </w:rPr>
        <w:t>- Justificatif d'hébergement</w:t>
      </w:r>
    </w:p>
    <w:p>
      <w:r>
        <w:rPr>
          <w:b w:val="0"/>
          <w:sz w:val="20"/>
        </w:rPr>
        <w:t>- Attestation d'inscription / Contrat de travail / Lettre d'invitation (selon cas)</w:t>
      </w:r>
    </w:p>
    <w:p>
      <w:r>
        <w:rPr>
          <w:b w:val="0"/>
          <w:sz w:val="20"/>
        </w:rPr>
        <w:t>- Justificatifs financiers</w:t>
      </w:r>
    </w:p>
    <w:p>
      <w:r>
        <w:rPr>
          <w:b w:val="0"/>
          <w:sz w:val="20"/>
        </w:rPr>
        <w:t>- Autres documents : ___________________________________________</w:t>
      </w:r>
    </w:p>
    <w:p/>
    <w:p>
      <w:r>
        <w:rPr>
          <w:b w:val="0"/>
          <w:sz w:val="20"/>
        </w:rPr>
        <w:t>Je reste à votre disposition pour toute information complémentaire et vous remercie par avance de l'attention portée à ma demande.</w:t>
      </w:r>
    </w:p>
    <w:p/>
    <w:p/>
    <w:p>
      <w:r>
        <w:rPr>
          <w:b/>
          <w:sz w:val="20"/>
        </w:rPr>
        <w:t>Signature :</w:t>
      </w:r>
    </w:p>
    <w:p/>
    <w:p/>
    <w:p/>
    <w:p>
      <w:r>
        <w:rPr>
          <w:b w:val="0"/>
          <w:sz w:val="20"/>
        </w:rPr>
        <w:t>Nom et Prénom : ____________________________________________</w:t>
      </w:r>
    </w:p>
    <w:p>
      <w:r>
        <w:rPr>
          <w:b w:val="0"/>
          <w:sz w:val="20"/>
        </w:rPr>
        <w:t>Date : 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Candidat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Réceptionnaire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https://mektubuuzmani.com/fransa-niyet-mektubu-ornegi/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fransa-niyet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