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FİNLANDİYA DAVET MEKTUBU</w:t>
      </w:r>
    </w:p>
    <w:p/>
    <w:p/>
    <w:p>
      <w:r>
        <w:rPr>
          <w:b/>
          <w:sz w:val="22"/>
        </w:rPr>
        <w:t>Davet Eden Kişi / Kurum Bilgileri:</w:t>
      </w:r>
    </w:p>
    <w:p>
      <w:r>
        <w:rPr>
          <w:b w:val="0"/>
          <w:sz w:val="22"/>
        </w:rPr>
        <w:t>Adı Soyadı / Kurum Adı : ______________________________________________</w:t>
      </w:r>
    </w:p>
    <w:p>
      <w:r>
        <w:rPr>
          <w:b w:val="0"/>
          <w:sz w:val="22"/>
        </w:rPr>
        <w:t>TC Kimlik No / Vergi No : ______________________________________________</w:t>
      </w:r>
    </w:p>
    <w:p>
      <w:r>
        <w:rPr>
          <w:b w:val="0"/>
          <w:sz w:val="22"/>
        </w:rPr>
        <w:t>Adres : ________________________________________________________________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______________________________________________________________</w:t>
      </w:r>
    </w:p>
    <w:p/>
    <w:p>
      <w:r>
        <w:rPr>
          <w:b/>
          <w:sz w:val="22"/>
        </w:rPr>
        <w:t>Davet Edilen Kişi Bilgileri:</w:t>
      </w:r>
    </w:p>
    <w:p>
      <w:r>
        <w:rPr>
          <w:b w:val="0"/>
          <w:sz w:val="22"/>
        </w:rPr>
        <w:t>Adı Soyadı : ___________________________________________________________</w:t>
      </w:r>
    </w:p>
    <w:p>
      <w:r>
        <w:rPr>
          <w:b w:val="0"/>
          <w:sz w:val="22"/>
        </w:rPr>
        <w:t>Doğum Tarihi : _________________________________________________________</w:t>
      </w:r>
    </w:p>
    <w:p>
      <w:r>
        <w:rPr>
          <w:b w:val="0"/>
          <w:sz w:val="22"/>
        </w:rPr>
        <w:t>Pasaport No : ___________________________________________________________</w:t>
      </w:r>
    </w:p>
    <w:p>
      <w:r>
        <w:rPr>
          <w:b w:val="0"/>
          <w:sz w:val="22"/>
        </w:rPr>
        <w:t>Uyruğu : _______________________________________________________________</w:t>
      </w:r>
    </w:p>
    <w:p>
      <w:r>
        <w:rPr>
          <w:b w:val="0"/>
          <w:sz w:val="22"/>
        </w:rPr>
        <w:t>Adres : ________________________________________________________________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______________________________________________________________</w:t>
      </w:r>
    </w:p>
    <w:p>
      <w:r>
        <w:rPr>
          <w:b w:val="0"/>
          <w:sz w:val="22"/>
        </w:rPr>
        <w:t>E-posta : ______________________________________________________________</w:t>
      </w:r>
    </w:p>
    <w:p/>
    <w:p>
      <w:r>
        <w:rPr>
          <w:b/>
          <w:sz w:val="22"/>
        </w:rPr>
        <w:t>Davetin Amacı ve Süresi:</w:t>
      </w:r>
    </w:p>
    <w:p>
      <w:r>
        <w:rPr>
          <w:b w:val="0"/>
          <w:sz w:val="22"/>
        </w:rPr>
        <w:t>Davet sebebi (örneğin; turistik ziyaret, iş görüşmesi, aile ziyareti vb.) : ______________________________________________________________</w:t>
      </w:r>
    </w:p>
    <w:p>
      <w:r>
        <w:rPr>
          <w:b w:val="0"/>
          <w:sz w:val="22"/>
        </w:rPr>
        <w:t>Planlanan ziyaret süresi : __________________ gün</w:t>
      </w:r>
    </w:p>
    <w:p>
      <w:r>
        <w:rPr>
          <w:b w:val="0"/>
          <w:sz w:val="22"/>
        </w:rPr>
        <w:t>Tahmini giriş ve çıkış tarihleri : _____________________________________</w:t>
      </w:r>
    </w:p>
    <w:p/>
    <w:p>
      <w:r>
        <w:rPr>
          <w:b/>
          <w:sz w:val="22"/>
        </w:rPr>
        <w:t>Konaklama ve Masraflar:</w:t>
      </w:r>
    </w:p>
    <w:p>
      <w:r>
        <w:rPr>
          <w:b w:val="0"/>
          <w:sz w:val="22"/>
        </w:rPr>
        <w:t>Konaklama yeri (adres ve detaylar) : ____________________________________</w:t>
      </w:r>
    </w:p>
    <w:p>
      <w:r>
        <w:rPr>
          <w:b w:val="0"/>
          <w:sz w:val="22"/>
        </w:rPr>
        <w:t>Masraflar (konaklama, ulaşım, diğer giderler) kim tarafından karşılanacaktır? : ______________________________________________________________</w:t>
      </w:r>
    </w:p>
    <w:p/>
    <w:p>
      <w:r>
        <w:rPr>
          <w:b/>
          <w:sz w:val="22"/>
        </w:rPr>
        <w:t>Davet Eden Kişi / Kurum Beyanı:</w:t>
      </w:r>
    </w:p>
    <w:p>
      <w:r>
        <w:rPr>
          <w:b w:val="0"/>
          <w:sz w:val="22"/>
        </w:rPr>
        <w:t>İşbu mektupla, yukarıda bilgileri verilen kişiyi Finlandiya'da ağırlamayı taahhüt ederim. Ziyaret süresince tüm masraflarından sorumlu olacağımı beyan ederim.</w:t>
      </w:r>
    </w:p>
    <w:p/>
    <w:p>
      <w:r>
        <w:rPr>
          <w:b/>
          <w:sz w:val="22"/>
        </w:rPr>
        <w:t>Ek Bilgiler ve Açıklamalar: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pPr>
        <w:jc w:val="center"/>
      </w:pPr>
      <w:r>
        <w:rPr>
          <w:b w:val="0"/>
          <w:sz w:val="22"/>
        </w:rPr>
        <w:t>Davet Edenin İmzası : ______________________________________</w:t>
      </w:r>
    </w:p>
    <w:p/>
    <w:p/>
    <w:p/>
    <w:p>
      <w:pPr>
        <w:jc w:val="center"/>
      </w:pPr>
      <w:r>
        <w:rPr>
          <w:b w:val="0"/>
          <w:sz w:val="22"/>
        </w:rPr>
        <w:t>Adı Soyadı : ________________________________________________</w:t>
      </w:r>
    </w:p>
    <w:p>
      <w:pPr>
        <w:jc w:val="center"/>
      </w:pPr>
      <w:r>
        <w:rPr>
          <w:b w:val="0"/>
          <w:sz w:val="22"/>
        </w:rPr>
        <w:t>İmza Tarihi : 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Davet Edenin İmzası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Davet Edilenin İmzası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https://mektubuuzmani.com/finlandiya-davet-mektubu-ornegi/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finlandiya-davet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