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DESTEK MEKTUBU</w:t>
      </w:r>
    </w:p>
    <w:p/>
    <w:p/>
    <w:p>
      <w:r>
        <w:rPr>
          <w:b/>
          <w:sz w:val="22"/>
        </w:rPr>
        <w:t>Konu :</w:t>
      </w:r>
    </w:p>
    <w:p>
      <w:r>
        <w:rPr>
          <w:b w:val="0"/>
          <w:sz w:val="22"/>
        </w:rPr>
        <w:t>Bu mektup, aşağıda bilgileri bulunan kişi/kurum için destek talebinde bulunmak amacıyla hazırlanmıştır.</w:t>
      </w:r>
    </w:p>
    <w:p/>
    <w:p>
      <w:r>
        <w:rPr>
          <w:b/>
          <w:sz w:val="22"/>
        </w:rPr>
        <w:t>Destek Talebinde Bulunan :</w:t>
      </w:r>
    </w:p>
    <w:p>
      <w:r>
        <w:rPr>
          <w:b w:val="0"/>
          <w:sz w:val="22"/>
        </w:rPr>
        <w:t>Adı Soyadı / Unvanı : _________________________________________________</w:t>
      </w:r>
    </w:p>
    <w:p>
      <w:r>
        <w:rPr>
          <w:b w:val="0"/>
          <w:sz w:val="22"/>
        </w:rPr>
        <w:t>TC Kimlik No / Vergi No : ______________________________________________</w:t>
      </w:r>
    </w:p>
    <w:p>
      <w:r>
        <w:rPr>
          <w:b w:val="0"/>
          <w:sz w:val="22"/>
        </w:rPr>
        <w:t>Adres : ________________________________________________________________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_______________________________________________________________</w:t>
      </w:r>
    </w:p>
    <w:p/>
    <w:p>
      <w:r>
        <w:rPr>
          <w:b/>
          <w:sz w:val="22"/>
        </w:rPr>
        <w:t>Destek Talebinin Konusu ve Amacı 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Destek Verilecek Kişi / Kurum :</w:t>
      </w:r>
    </w:p>
    <w:p>
      <w:r>
        <w:rPr>
          <w:b w:val="0"/>
          <w:sz w:val="22"/>
        </w:rPr>
        <w:t>Adı Soyadı / Unvanı : _________________________________________________</w:t>
      </w:r>
    </w:p>
    <w:p>
      <w:r>
        <w:rPr>
          <w:b w:val="0"/>
          <w:sz w:val="22"/>
        </w:rPr>
        <w:t>TC Kimlik No / Vergi No : ______________________________________________</w:t>
      </w:r>
    </w:p>
    <w:p>
      <w:r>
        <w:rPr>
          <w:b w:val="0"/>
          <w:sz w:val="22"/>
        </w:rPr>
        <w:t>Adres : ________________________________________________________________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_______________________________________________________________</w:t>
      </w:r>
    </w:p>
    <w:p/>
    <w:p>
      <w:r>
        <w:rPr>
          <w:b/>
          <w:sz w:val="22"/>
        </w:rPr>
        <w:t>Destek Şartları ve Koşulları :</w:t>
      </w:r>
    </w:p>
    <w:p>
      <w:r>
        <w:rPr>
          <w:b w:val="0"/>
          <w:sz w:val="22"/>
        </w:rPr>
        <w:t>1. Destek, yukarıda belirtilen amaç doğrultusunda kullanılacaktır.</w:t>
      </w:r>
    </w:p>
    <w:p>
      <w:r>
        <w:rPr>
          <w:b w:val="0"/>
          <w:sz w:val="22"/>
        </w:rPr>
        <w:t>2. Destek alan kişi/kurum, destek şartlarına uygun hareket edeceğini kabul eder.</w:t>
      </w:r>
    </w:p>
    <w:p>
      <w:r>
        <w:rPr>
          <w:b w:val="0"/>
          <w:sz w:val="22"/>
        </w:rPr>
        <w:t>3. Destek veren taraf, destek kullanımını denetleme hakkına sahiptir.</w:t>
      </w:r>
    </w:p>
    <w:p>
      <w:r>
        <w:rPr>
          <w:b w:val="0"/>
          <w:sz w:val="22"/>
        </w:rPr>
        <w:t>4. Destek ile ilgili her türlü hukuki sorumluluk destek alan kişiye aittir.</w:t>
      </w:r>
    </w:p>
    <w:p/>
    <w:p>
      <w:r>
        <w:rPr>
          <w:b w:val="0"/>
          <w:sz w:val="22"/>
        </w:rPr>
        <w:t>İşbu destek mektubu, tarafların karşılıklı rızası ile düzenlenmiş olup, tüm taraflarca okunup anlaşılarak imzalanmıştır.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Destek Talebinde Bulunan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Destek Veren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Unvanı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Unvanı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https://mektubuuzmani.com/destek-mektubu-ornegi/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destek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