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BOŞ TEKLİF MEKTUBU</w:t>
      </w:r>
    </w:p>
    <w:p/>
    <w:p/>
    <w:p>
      <w:r>
        <w:rPr>
          <w:b/>
          <w:sz w:val="22"/>
        </w:rPr>
        <w:t>Gönderen :</w:t>
      </w:r>
    </w:p>
    <w:p>
      <w:r>
        <w:rPr>
          <w:b w:val="0"/>
          <w:sz w:val="22"/>
        </w:rPr>
        <w:t>Firma / Kişi Adı : ________________________________________________</w:t>
      </w:r>
    </w:p>
    <w:p>
      <w:r>
        <w:rPr>
          <w:b w:val="0"/>
          <w:sz w:val="22"/>
        </w:rPr>
        <w:t>Adres : ____________________________________________________________</w:t>
      </w:r>
    </w:p>
    <w:p>
      <w:r>
        <w:rPr>
          <w:b w:val="0"/>
          <w:sz w:val="22"/>
        </w:rPr>
        <w:t>Telefon : __________________________________________________________</w:t>
      </w:r>
    </w:p>
    <w:p>
      <w:r>
        <w:rPr>
          <w:b w:val="0"/>
          <w:sz w:val="22"/>
        </w:rPr>
        <w:t>E-posta : __________________________________________________________</w:t>
      </w:r>
    </w:p>
    <w:p/>
    <w:p>
      <w:r>
        <w:rPr>
          <w:b/>
          <w:sz w:val="22"/>
        </w:rPr>
        <w:t>Alıcı :</w:t>
      </w:r>
    </w:p>
    <w:p>
      <w:r>
        <w:rPr>
          <w:b w:val="0"/>
          <w:sz w:val="22"/>
        </w:rPr>
        <w:t>Firma / Kişi Adı : ________________________________________________</w:t>
      </w:r>
    </w:p>
    <w:p>
      <w:r>
        <w:rPr>
          <w:b w:val="0"/>
          <w:sz w:val="22"/>
        </w:rPr>
        <w:t>Adres : ____________________________________________________________</w:t>
      </w:r>
    </w:p>
    <w:p>
      <w:r>
        <w:rPr>
          <w:b w:val="0"/>
          <w:sz w:val="22"/>
        </w:rPr>
        <w:t>Telefon : __________________________________________________________</w:t>
      </w:r>
    </w:p>
    <w:p>
      <w:r>
        <w:rPr>
          <w:b w:val="0"/>
          <w:sz w:val="22"/>
        </w:rPr>
        <w:t>E-posta : __________________________________________________________</w:t>
      </w:r>
    </w:p>
    <w:p/>
    <w:p/>
    <w:p>
      <w:r>
        <w:rPr>
          <w:b/>
          <w:sz w:val="22"/>
        </w:rPr>
        <w:t>Konu : Teklif Talebi</w:t>
      </w:r>
    </w:p>
    <w:p/>
    <w:p>
      <w:r>
        <w:rPr>
          <w:b w:val="0"/>
          <w:sz w:val="22"/>
        </w:rPr>
        <w:t>Sayın Yetkili,</w:t>
      </w:r>
    </w:p>
    <w:p/>
    <w:p>
      <w:r>
        <w:rPr>
          <w:b w:val="0"/>
          <w:sz w:val="22"/>
        </w:rPr>
        <w:t>Aşağıda belirtilen iş için teklifimizi sunmak üzere bu boş teklif mektubunu tarafınıza iletmekteyiz. Teklifimizin değerlendirilmesi halinde, belirtilen şartlar çerçevesinde işin gerçekleştirilmesi için gerekli adımlar atılacaktır.</w:t>
      </w:r>
    </w:p>
    <w:p/>
    <w:p>
      <w:r>
        <w:rPr>
          <w:b/>
          <w:sz w:val="22"/>
        </w:rPr>
        <w:t>İşin Tanımı ve Şartları :</w:t>
      </w:r>
    </w:p>
    <w:p>
      <w:r>
        <w:rPr>
          <w:b w:val="0"/>
          <w:sz w:val="22"/>
        </w:rPr>
        <w:t>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</w:t>
      </w:r>
    </w:p>
    <w:p/>
    <w:p>
      <w:r>
        <w:rPr>
          <w:b/>
          <w:sz w:val="22"/>
        </w:rPr>
        <w:t>Teklif Detayları :</w:t>
      </w:r>
    </w:p>
    <w:p>
      <w:r>
        <w:rPr>
          <w:b w:val="0"/>
          <w:sz w:val="22"/>
        </w:rPr>
        <w:t>Teklif Edilen Bedel (KDV Hariç) : ____________________ TL</w:t>
      </w:r>
    </w:p>
    <w:p>
      <w:r>
        <w:rPr>
          <w:b w:val="0"/>
          <w:sz w:val="22"/>
        </w:rPr>
        <w:t>Teklif Edilen Bedel (KDV Dahil) : ____________________ TL</w:t>
      </w:r>
    </w:p>
    <w:p>
      <w:r>
        <w:rPr>
          <w:b w:val="0"/>
          <w:sz w:val="22"/>
        </w:rPr>
        <w:t>Ödeme Koşulları : ___________________________________________________________</w:t>
      </w:r>
    </w:p>
    <w:p>
      <w:r>
        <w:rPr>
          <w:b w:val="0"/>
          <w:sz w:val="22"/>
        </w:rPr>
        <w:t>Teslim Süresi : _____________________________________________________________</w:t>
      </w:r>
    </w:p>
    <w:p>
      <w:r>
        <w:rPr>
          <w:b w:val="0"/>
          <w:sz w:val="22"/>
        </w:rPr>
        <w:t>Garanti Süresi : ____________________________________________________________</w:t>
      </w:r>
    </w:p>
    <w:p>
      <w:r>
        <w:rPr>
          <w:b w:val="0"/>
          <w:sz w:val="22"/>
        </w:rPr>
        <w:t>Diğer Koşullar : ____________________________________________________________</w:t>
      </w:r>
    </w:p>
    <w:p/>
    <w:p>
      <w:r>
        <w:rPr>
          <w:b/>
          <w:sz w:val="22"/>
        </w:rPr>
        <w:t>Beyan ve Taahhütler :</w:t>
      </w:r>
    </w:p>
    <w:p>
      <w:r>
        <w:rPr>
          <w:b w:val="0"/>
          <w:sz w:val="22"/>
        </w:rPr>
        <w:t>1. Teklifimizde yer alan tüm bilgiler doğru ve eksiksiz olarak tarafımızca hazırlanmıştır.</w:t>
      </w:r>
    </w:p>
    <w:p>
      <w:r>
        <w:rPr>
          <w:b w:val="0"/>
          <w:sz w:val="22"/>
        </w:rPr>
        <w:t>2. Teklif süresi boyunca işin gerçekleştirilmesine ilişkin her türlü şartlara uyacağımızı taahhüt ederiz.</w:t>
      </w:r>
    </w:p>
    <w:p>
      <w:r>
        <w:rPr>
          <w:b w:val="0"/>
          <w:sz w:val="22"/>
        </w:rPr>
        <w:t>3. İhale veya teklif süreci sonucunda tarafımıza yapılacak bildirimleri kabul edeceğimizi beyan ederiz.</w:t>
      </w:r>
    </w:p>
    <w:p/>
    <w:p/>
    <w:p>
      <w:r>
        <w:rPr>
          <w:b w:val="0"/>
          <w:sz w:val="22"/>
        </w:rPr>
        <w:t>Saygılarımızla,</w:t>
      </w:r>
    </w:p>
    <w:p/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Adı Soyadı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Görevi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İmza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Kaşe / Mühür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Bu belgenin orijinal kaynagi: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https://mektubuuzmani.com/bos-teklif-mektubu-ornegi-meb/</w:t>
        </w:r>
      </w:hyperlink>
    </w:p>
    <w:p>
      <w:pPr>
        <w:jc w:val="center"/>
      </w:pPr>
      <w:r>
        <w:rPr>
          <w:color w:val="555555"/>
          <w:sz w:val="26"/>
        </w:rPr>
        <w:t>Bu ornek sizin icin faydali oldu mu?</w:t>
      </w:r>
    </w:p>
    <w:p>
      <w:pPr>
        <w:jc w:val="center"/>
      </w:pPr>
      <w:r>
        <w:rPr>
          <w:color w:val="555555"/>
          <w:sz w:val="26"/>
        </w:rPr>
        <w:t>Guncellenmis diger orneklere web sitemizden ulasabilirsiniz: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https://mektubuuzmani.com</w:t>
        </w:r>
      </w:hyperlink>
    </w:p>
    <w:p>
      <w:pPr>
        <w:jc w:val="center"/>
      </w:pPr>
      <w:r>
        <w:rPr>
          <w:color w:val="808080"/>
          <w:sz w:val="20"/>
        </w:rPr>
        <w:t>Bu ornek yalnizca kisisel ve ticari olmayan kullanim icindir.</w:t>
        <w:br/>
        <w:t>Her turlu dagitim veya yayinda kaynak belirtilmelidir. © mektubuuzmani.com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ektubuuzmani.com/bos-teklif-mektubu-ornegi-meb/" TargetMode="External"/><Relationship Id="rId10" Type="http://schemas.openxmlformats.org/officeDocument/2006/relationships/hyperlink" Target="https://mektubuuzma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