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BAŞVURU MEKTUBU</w:t>
      </w:r>
    </w:p>
    <w:p/>
    <w:p/>
    <w:p>
      <w:r>
        <w:rPr>
          <w:b/>
          <w:i w:val="0"/>
          <w:sz w:val="22"/>
        </w:rPr>
        <w:t>Kime :</w:t>
      </w:r>
    </w:p>
    <w:p>
      <w:r>
        <w:rPr>
          <w:b w:val="0"/>
          <w:i/>
          <w:sz w:val="22"/>
        </w:rPr>
        <w:t>___________________________________________</w:t>
      </w:r>
    </w:p>
    <w:p>
      <w:r>
        <w:rPr>
          <w:b/>
          <w:i w:val="0"/>
          <w:sz w:val="22"/>
        </w:rPr>
        <w:t>Görevi :</w:t>
      </w:r>
    </w:p>
    <w:p>
      <w:r>
        <w:rPr>
          <w:b w:val="0"/>
          <w:i/>
          <w:sz w:val="22"/>
        </w:rPr>
        <w:t>___________________________________________</w:t>
      </w:r>
    </w:p>
    <w:p>
      <w:r>
        <w:rPr>
          <w:b/>
          <w:i w:val="0"/>
          <w:sz w:val="22"/>
        </w:rPr>
        <w:t>Kurum / Firma :</w:t>
      </w:r>
    </w:p>
    <w:p>
      <w:r>
        <w:rPr>
          <w:b w:val="0"/>
          <w:i/>
          <w:sz w:val="22"/>
        </w:rPr>
        <w:t>___________________________________________</w:t>
      </w:r>
    </w:p>
    <w:p/>
    <w:p/>
    <w:p>
      <w:r>
        <w:rPr>
          <w:b w:val="0"/>
          <w:i w:val="0"/>
          <w:sz w:val="22"/>
        </w:rPr>
        <w:t>Sayın Yetkili,</w:t>
      </w:r>
    </w:p>
    <w:p/>
    <w:p>
      <w:r>
        <w:rPr>
          <w:b w:val="0"/>
          <w:i w:val="0"/>
          <w:sz w:val="22"/>
        </w:rPr>
        <w:t>Aşağıda kimlik bilgileri yer alan şahsım, belirtilen pozisyona/konuya ilişkin başvurumu saygılarımla sunarım. Başvurumun değerlendirilmesini ve olumlu sonuçlanmasını rica ederim.</w:t>
      </w:r>
    </w:p>
    <w:p/>
    <w:p/>
    <w:p>
      <w:r>
        <w:rPr>
          <w:b/>
          <w:i w:val="0"/>
          <w:sz w:val="22"/>
        </w:rPr>
        <w:t>Başvuru Sahibinin Bilgileri</w:t>
      </w:r>
    </w:p>
    <w:p>
      <w:r>
        <w:rPr>
          <w:b w:val="0"/>
          <w:i/>
          <w:sz w:val="22"/>
        </w:rPr>
        <w:t>Ad Soyad : _______________________________________________</w:t>
      </w:r>
    </w:p>
    <w:p>
      <w:r>
        <w:rPr>
          <w:b w:val="0"/>
          <w:i/>
          <w:sz w:val="22"/>
        </w:rPr>
        <w:t>T.C. Kimlik No : __________________________________________</w:t>
      </w:r>
    </w:p>
    <w:p>
      <w:r>
        <w:rPr>
          <w:b w:val="0"/>
          <w:i/>
          <w:sz w:val="22"/>
        </w:rPr>
        <w:t>Doğum Yeri ve Tarihi : ______________________________________</w:t>
      </w:r>
    </w:p>
    <w:p>
      <w:r>
        <w:rPr>
          <w:b w:val="0"/>
          <w:i/>
          <w:sz w:val="22"/>
        </w:rPr>
        <w:t>Adres : ______________________________________________________</w:t>
      </w:r>
    </w:p>
    <w:p>
      <w:r>
        <w:rPr>
          <w:b w:val="0"/>
          <w:i/>
          <w:sz w:val="22"/>
        </w:rPr>
        <w:t>Telefon : _________________________________________________</w:t>
      </w:r>
    </w:p>
    <w:p>
      <w:r>
        <w:rPr>
          <w:b w:val="0"/>
          <w:i/>
          <w:sz w:val="22"/>
        </w:rPr>
        <w:t>E-posta : _________________________________________________</w:t>
      </w:r>
    </w:p>
    <w:p/>
    <w:p/>
    <w:p>
      <w:r>
        <w:rPr>
          <w:b/>
          <w:i w:val="0"/>
          <w:sz w:val="22"/>
        </w:rPr>
        <w:t>Başvuru Konusu ve Detayları</w:t>
      </w:r>
    </w:p>
    <w:p>
      <w:r>
        <w:rPr>
          <w:b w:val="0"/>
          <w:i/>
          <w:sz w:val="22"/>
        </w:rPr>
        <w:t>_____________________________________________________________</w:t>
      </w:r>
    </w:p>
    <w:p>
      <w:r>
        <w:rPr>
          <w:b w:val="0"/>
          <w:i/>
          <w:sz w:val="22"/>
        </w:rPr>
        <w:t>_____________________________________________________________</w:t>
      </w:r>
    </w:p>
    <w:p>
      <w:r>
        <w:rPr>
          <w:b w:val="0"/>
          <w:i/>
          <w:sz w:val="22"/>
        </w:rPr>
        <w:t>_____________________________________________________________</w:t>
      </w:r>
    </w:p>
    <w:p>
      <w:r>
        <w:rPr>
          <w:b w:val="0"/>
          <w:i/>
          <w:sz w:val="22"/>
        </w:rPr>
        <w:t>_____________________________________________________________</w:t>
      </w:r>
    </w:p>
    <w:p/>
    <w:p/>
    <w:p/>
    <w:p>
      <w:r>
        <w:rPr>
          <w:b w:val="0"/>
          <w:i/>
          <w:sz w:val="22"/>
        </w:rPr>
        <w:t>Ekler : _________________________________________________</w:t>
      </w:r>
    </w:p>
    <w:p/>
    <w:p/>
    <w:p/>
    <w:p>
      <w:r>
        <w:rPr>
          <w:b w:val="0"/>
          <w:i w:val="0"/>
          <w:sz w:val="22"/>
        </w:rPr>
        <w:t>Bilgilerinize sunarım.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Başvuru Sahibi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Yetkili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Soyad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Soyad : 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https://mektubuuzmani.com/basvuru-mektubu-ornegi/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basvuru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