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AVANS TEMİNAT MEKTUBU</w:t>
      </w:r>
    </w:p>
    <w:p/>
    <w:p/>
    <w:p>
      <w:r>
        <w:rPr>
          <w:b w:val="0"/>
          <w:sz w:val="22"/>
        </w:rPr>
        <w:t>Banka Adı ve Şubesi : ________________________________________________</w:t>
      </w:r>
    </w:p>
    <w:p>
      <w:r>
        <w:rPr>
          <w:b w:val="0"/>
          <w:sz w:val="22"/>
        </w:rPr>
        <w:t>Banka Adresi : _______________________________________________________</w:t>
      </w:r>
    </w:p>
    <w:p/>
    <w:p>
      <w:r>
        <w:rPr>
          <w:b w:val="0"/>
          <w:sz w:val="22"/>
        </w:rPr>
        <w:t>Teminat Mektubu Numarası : ___________________________________________</w:t>
      </w:r>
    </w:p>
    <w:p>
      <w:r>
        <w:rPr>
          <w:b w:val="0"/>
          <w:sz w:val="22"/>
        </w:rPr>
        <w:t>Teminat Tutarı : __________________________________ TL</w:t>
      </w:r>
    </w:p>
    <w:p>
      <w:r>
        <w:rPr>
          <w:b w:val="0"/>
          <w:sz w:val="22"/>
        </w:rPr>
        <w:t>Geçerlilik Süresi : ___________________________________________________</w:t>
      </w:r>
    </w:p>
    <w:p/>
    <w:p>
      <w:r>
        <w:rPr>
          <w:b/>
          <w:sz w:val="22"/>
        </w:rPr>
        <w:t>Sayın Yetkili,</w:t>
      </w:r>
    </w:p>
    <w:p/>
    <w:p>
      <w:r>
        <w:rPr>
          <w:b w:val="0"/>
          <w:sz w:val="22"/>
        </w:rPr>
        <w:t>Bu teminat mektubu, _____________________________________________ (Alıcı Firma / Kişi), adresinde bulunan ________________________________________________ (Satıcı Firma / Kişi) lehine, _____________________ (Sözleşme veya Proje Adı) kapsamında verilen avans ödemesine istinaden, tahsil edilmek üzere banka tarafından düzenlenmiş ve aşağıdaki şartlara tabidir.</w:t>
      </w:r>
    </w:p>
    <w:p/>
    <w:p>
      <w:r>
        <w:rPr>
          <w:b/>
          <w:sz w:val="22"/>
        </w:rPr>
        <w:t>1. Teminat Tutarı ve Kapsamı</w:t>
      </w:r>
    </w:p>
    <w:p>
      <w:r>
        <w:rPr>
          <w:b w:val="0"/>
          <w:sz w:val="22"/>
        </w:rPr>
        <w:t>Bu mektup, toplam __________________ TL tutarındaki avansın geri ödenmemesi durumunda, bankanın muhatabı ___________________________________________ (Alıcı Firma / Kişi) lehine, bu miktarı ödemeyi taahhüt eder.</w:t>
      </w:r>
    </w:p>
    <w:p/>
    <w:p>
      <w:r>
        <w:rPr>
          <w:b/>
          <w:sz w:val="22"/>
        </w:rPr>
        <w:t>2. Geçerlilik Süresi</w:t>
      </w:r>
    </w:p>
    <w:p>
      <w:r>
        <w:rPr>
          <w:b w:val="0"/>
          <w:sz w:val="22"/>
        </w:rPr>
        <w:t>Bu teminat mektubu, ______________ tarihinden itibaren geçerli olup, en geç ______________ tarihine kadar bankamız tarafından geçerliliğini koruyacaktır.</w:t>
      </w:r>
    </w:p>
    <w:p/>
    <w:p>
      <w:r>
        <w:rPr>
          <w:b/>
          <w:sz w:val="22"/>
        </w:rPr>
        <w:t>3. Tazminat Talebi ve Ödeme</w:t>
      </w:r>
    </w:p>
    <w:p>
      <w:r>
        <w:rPr>
          <w:b w:val="0"/>
          <w:sz w:val="22"/>
        </w:rPr>
        <w:t>Alıcı tarafından yazılı olarak yapılacak ve teminat mektubunun bedelinin ödenmesini talep eden bildirim üzerine, bankamız bu mektubun tutarını derhal ve herhangi bir itiraz olmaksızın ödeyecektir. Ödeme talebi, söz konusu yazılı bildirimin bankamıza ulaştığı anda geçerli olacaktır.</w:t>
      </w:r>
    </w:p>
    <w:p/>
    <w:p>
      <w:r>
        <w:rPr>
          <w:b/>
          <w:sz w:val="22"/>
        </w:rPr>
        <w:t>4. İptal ve İade</w:t>
      </w:r>
    </w:p>
    <w:p>
      <w:r>
        <w:rPr>
          <w:b w:val="0"/>
          <w:sz w:val="22"/>
        </w:rPr>
        <w:t>Bu teminat mektubu, Alıcı'nın yazılı onayı olmadan veya teminat süresi sonunda otomatik olarak feshedilmedikçe geçerliliğini koruyacaktır. Teminat süresi bitiminde ve/veya taahhüt edilen yükümlülüklerin tamamlandığının Alıcı tarafından yazılı olarak bildirilmesi halinde, banka teminat mektubunu iptal edecektir.</w:t>
      </w:r>
    </w:p>
    <w:p/>
    <w:p>
      <w:r>
        <w:rPr>
          <w:b/>
          <w:sz w:val="22"/>
        </w:rPr>
        <w:t>5. Diğer Hükümler</w:t>
      </w:r>
    </w:p>
    <w:p>
      <w:r>
        <w:rPr>
          <w:b w:val="0"/>
          <w:sz w:val="22"/>
        </w:rPr>
        <w:t>Bu teminat mektubu, Türk Hukuku'na tabidir ve bu mektuba ilişkin her türlü uyuşmazlık İstanbul Mahkemeleri ve İcra Daireleri'nin yetkisinde olacaktır.</w:t>
      </w:r>
    </w:p>
    <w:p/>
    <w:p/>
    <w:p>
      <w:pPr>
        <w:jc w:val="center"/>
      </w:pPr>
      <w:r>
        <w:rPr>
          <w:b w:val="0"/>
          <w:sz w:val="22"/>
        </w:rPr>
        <w:t>Saygılarımızla,</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Banka Yetkilisi</w:t>
            </w:r>
          </w:p>
        </w:tc>
        <w:tc>
          <w:tcPr>
            <w:tcW w:type="dxa" w:w="4986"/>
            <w:tcBorders>
              <w:top w:val="nil"/>
              <w:left w:val="nil"/>
              <w:bottom w:val="nil"/>
              <w:right w:val="nil"/>
              <w:insideH w:val="nil"/>
              <w:insideV w:val="nil"/>
            </w:tcBorders>
          </w:tcPr>
          <w:p>
            <w:pPr>
              <w:jc w:val="center"/>
            </w:pPr>
            <w:r>
              <w:t>Alıcı / Lehtar</w:t>
            </w:r>
          </w:p>
        </w:tc>
      </w:tr>
      <w:tr>
        <w:tc>
          <w:tcPr>
            <w:tcW w:type="dxa" w:w="4986"/>
            <w:tcBorders>
              <w:top w:val="nil"/>
              <w:left w:val="nil"/>
              <w:bottom w:val="nil"/>
              <w:right w:val="nil"/>
              <w:insideH w:val="nil"/>
              <w:insideV w:val="nil"/>
            </w:tcBorders>
          </w:tcPr>
          <w:p>
            <w:pPr>
              <w:jc w:val="center"/>
            </w:pPr>
            <w:r>
              <w:br/>
              <w:br/>
              <w:t>İmza : _________________________</w:t>
            </w:r>
          </w:p>
        </w:tc>
        <w:tc>
          <w:tcPr>
            <w:tcW w:type="dxa" w:w="4986"/>
            <w:tcBorders>
              <w:top w:val="nil"/>
              <w:left w:val="nil"/>
              <w:bottom w:val="nil"/>
              <w:right w:val="nil"/>
              <w:insideH w:val="nil"/>
              <w:insideV w:val="nil"/>
            </w:tcBorders>
          </w:tcPr>
          <w:p>
            <w:pPr>
              <w:jc w:val="center"/>
            </w:pPr>
            <w:r>
              <w:br/>
              <w:br/>
              <w:t>İmza : _________________________</w:t>
            </w:r>
          </w:p>
        </w:tc>
      </w:tr>
      <w:tr>
        <w:tc>
          <w:tcPr>
            <w:tcW w:type="dxa" w:w="4986"/>
            <w:tcBorders>
              <w:top w:val="nil"/>
              <w:left w:val="nil"/>
              <w:bottom w:val="nil"/>
              <w:right w:val="nil"/>
              <w:insideH w:val="nil"/>
              <w:insideV w:val="nil"/>
            </w:tcBorders>
          </w:tcPr>
          <w:p>
            <w:pPr>
              <w:jc w:val="center"/>
            </w:pPr>
            <w:r>
              <w:t>Ad, Soyad : ______________________</w:t>
            </w:r>
          </w:p>
        </w:tc>
        <w:tc>
          <w:tcPr>
            <w:tcW w:type="dxa" w:w="4986"/>
            <w:tcBorders>
              <w:top w:val="nil"/>
              <w:left w:val="nil"/>
              <w:bottom w:val="nil"/>
              <w:right w:val="nil"/>
              <w:insideH w:val="nil"/>
              <w:insideV w:val="nil"/>
            </w:tcBorders>
          </w:tcPr>
          <w:p>
            <w:pPr>
              <w:jc w:val="center"/>
            </w:pPr>
            <w:r>
              <w:t>Ad, Soyad : ______________________</w:t>
            </w:r>
          </w:p>
        </w:tc>
      </w:tr>
    </w:tbl>
    <w:p>
      <w:r>
        <w:br w:type="page"/>
      </w:r>
    </w:p>
    <w:p>
      <w:pPr>
        <w:jc w:val="center"/>
      </w:pPr>
      <w:r>
        <w:rPr>
          <w:color w:val="555555"/>
          <w:sz w:val="24"/>
        </w:rPr>
        <w:t>Bu belgenin orijinal kaynagi:</w:t>
      </w:r>
    </w:p>
    <w:p>
      <w:pPr>
        <w:jc w:val="center"/>
      </w:pPr>
      <w:hyperlink r:id="rId9">
        <w:r>
          <w:rPr>
            <w:color w:val="0000FF"/>
            <w:u w:val="single"/>
          </w:rPr>
          <w:t>https://mektubuuzmani.com/avans-teminat-mektubu-ornegi/</w:t>
        </w:r>
      </w:hyperlink>
    </w:p>
    <w:p>
      <w:pPr>
        <w:jc w:val="center"/>
      </w:pPr>
      <w:r>
        <w:rPr>
          <w:color w:val="555555"/>
          <w:sz w:val="26"/>
        </w:rPr>
        <w:t>Bu ornek sizin icin faydali oldu mu?</w:t>
      </w:r>
    </w:p>
    <w:p>
      <w:pPr>
        <w:jc w:val="center"/>
      </w:pPr>
      <w:r>
        <w:rPr>
          <w:color w:val="555555"/>
          <w:sz w:val="26"/>
        </w:rPr>
        <w:t>Guncellenmis diger orneklere web sitemizden ulasabilirsiniz:</w:t>
      </w:r>
    </w:p>
    <w:p>
      <w:pPr>
        <w:jc w:val="center"/>
      </w:pPr>
      <w:hyperlink r:id="rId10">
        <w:r>
          <w:rPr>
            <w:color w:val="0000FF"/>
            <w:u w:val="single"/>
          </w:rPr>
          <w:t>https://mektubuuzmani.com</w:t>
        </w:r>
      </w:hyperlink>
    </w:p>
    <w:p>
      <w:pPr>
        <w:jc w:val="center"/>
      </w:pPr>
      <w:r>
        <w:rPr>
          <w:color w:val="808080"/>
          <w:sz w:val="20"/>
        </w:rPr>
        <w:t>Bu ornek yalnizca kisisel ve ticari olmayan kullanim icindir.</w:t>
        <w:br/>
        <w:t>Her turlu dagitim veya yayinda kaynak belirtilmelidir. © mektubuuzmani.com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ektubuuzmani.com/avans-teminat-mektubu-ornegi/" TargetMode="External"/><Relationship Id="rId10" Type="http://schemas.openxmlformats.org/officeDocument/2006/relationships/hyperlink" Target="https://mektubuuzman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