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MOTIVATIONSSCHREIBEN</w:t>
      </w:r>
    </w:p>
    <w:p/>
    <w:p/>
    <w:p>
      <w:r>
        <w:rPr>
          <w:b/>
          <w:sz w:val="22"/>
        </w:rPr>
        <w:t>Absender:</w:t>
      </w:r>
    </w:p>
    <w:p>
      <w:r>
        <w:rPr>
          <w:b w:val="0"/>
          <w:sz w:val="22"/>
        </w:rPr>
        <w:t>Name und Vorname: ____________________________________________</w:t>
      </w:r>
    </w:p>
    <w:p>
      <w:r>
        <w:rPr>
          <w:b w:val="0"/>
          <w:sz w:val="22"/>
        </w:rPr>
        <w:t>Adresse: ____________________________________________________</w:t>
      </w:r>
    </w:p>
    <w:p>
      <w:r>
        <w:rPr>
          <w:b w:val="0"/>
          <w:sz w:val="22"/>
        </w:rPr>
        <w:t>Telefonnummer: _______________________________________________</w:t>
      </w:r>
    </w:p>
    <w:p>
      <w:r>
        <w:rPr>
          <w:b w:val="0"/>
          <w:sz w:val="22"/>
        </w:rPr>
        <w:t>E-Mail: _____________________________________________________</w:t>
      </w:r>
    </w:p>
    <w:p/>
    <w:p/>
    <w:p>
      <w:r>
        <w:rPr>
          <w:b/>
          <w:sz w:val="22"/>
        </w:rPr>
        <w:t>Empfänger:</w:t>
      </w:r>
    </w:p>
    <w:p>
      <w:r>
        <w:rPr>
          <w:b w:val="0"/>
          <w:sz w:val="22"/>
        </w:rPr>
        <w:t>Name/Firma: _________________________________________________</w:t>
      </w:r>
    </w:p>
    <w:p>
      <w:r>
        <w:rPr>
          <w:b w:val="0"/>
          <w:sz w:val="22"/>
        </w:rPr>
        <w:t>Adresse: ____________________________________________________</w:t>
      </w:r>
    </w:p>
    <w:p/>
    <w:p/>
    <w:p>
      <w:r>
        <w:rPr>
          <w:b/>
          <w:sz w:val="22"/>
        </w:rPr>
        <w:t>Betreff: Bewerbung um die Stelle als __________________________</w:t>
      </w:r>
    </w:p>
    <w:p/>
    <w:p/>
    <w:p>
      <w:r>
        <w:rPr>
          <w:b w:val="0"/>
          <w:sz w:val="22"/>
        </w:rPr>
        <w:t>Sehr geehrte Damen und Herren,</w:t>
      </w:r>
    </w:p>
    <w:p/>
    <w:p>
      <w:r>
        <w:rPr>
          <w:b w:val="0"/>
          <w:sz w:val="22"/>
        </w:rPr>
        <w:t>mit großem Interesse habe ich Ihre Stellenausschreibung gelesen und möchte mich hiermit um die ausgeschriebene Position bewerben. Ich bin überzeugt, dass meine Qualifikationen und Erfahrungen gut zu den Anforderungen dieser Stelle passen.</w:t>
      </w:r>
    </w:p>
    <w:p/>
    <w:p>
      <w:r>
        <w:rPr>
          <w:b w:val="0"/>
          <w:sz w:val="22"/>
        </w:rPr>
        <w:t>Während meiner bisherigen beruflichen Laufbahn konnte ich umfangreiche Kenntnisse in den Bereichen __________________________ sammeln. Besonders hervorheben möchte ich meine Fähigkeiten in ________________________________, die mir ermöglichen, die anstehenden Aufgaben erfolgreich zu bewältigen.</w:t>
      </w:r>
    </w:p>
    <w:p/>
    <w:p>
      <w:r>
        <w:rPr>
          <w:b w:val="0"/>
          <w:sz w:val="22"/>
        </w:rPr>
        <w:t>Darüber hinaus zeichne ich mich durch hohe Motivation, Teamfähigkeit und eine schnelle Auffassungsgabe aus. Ich arbeite selbstständig und verantwortungsbewusst und freue mich darauf, mein Engagement bei Ihnen einzubringen.</w:t>
      </w:r>
    </w:p>
    <w:p/>
    <w:p>
      <w:r>
        <w:rPr>
          <w:b w:val="0"/>
          <w:sz w:val="22"/>
        </w:rPr>
        <w:t>Ich freue mich sehr über die Möglichkeit, mich persönlich bei Ihnen vorzustellen und Sie von meinen Qualifikationen zu überzeugen. Für Rückfragen stehe ich Ihnen jederzeit gerne zur Verfügung.</w:t>
      </w:r>
    </w:p>
    <w:p/>
    <w:p>
      <w:r>
        <w:rPr>
          <w:b w:val="0"/>
          <w:sz w:val="22"/>
        </w:rPr>
        <w:t>Mit freundlichen Grüßen,</w:t>
      </w:r>
    </w:p>
    <w:p/>
    <w:p/>
    <w:p/>
    <w:p/>
    <w:p>
      <w:pPr>
        <w:jc w:val="center"/>
      </w:pPr>
      <w:r>
        <w:rPr>
          <w:b w:val="0"/>
          <w:sz w:val="22"/>
        </w:rPr>
        <w:t>______________________________</w:t>
      </w:r>
    </w:p>
    <w:p>
      <w:pPr>
        <w:jc w:val="center"/>
      </w:pPr>
      <w:r>
        <w:rPr>
          <w:b w:val="0"/>
          <w:sz w:val="22"/>
        </w:rPr>
        <w:t>Name des Bewerbers</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rPr>
                <w:b w:val="0"/>
                <w:sz w:val="22"/>
              </w:rPr>
              <w:t>Anlagen:</w:t>
            </w:r>
          </w:p>
        </w:tc>
      </w:tr>
      <w:tr>
        <w:tc>
          <w:tcPr>
            <w:tcW w:type="dxa" w:w="9972"/>
            <w:tcBorders>
              <w:top w:val="nil"/>
              <w:left w:val="nil"/>
              <w:bottom w:val="nil"/>
              <w:right w:val="nil"/>
              <w:insideH w:val="nil"/>
              <w:insideV w:val="nil"/>
            </w:tcBorders>
          </w:tcPr>
          <w:p>
            <w:pPr>
              <w:jc w:val="left"/>
            </w:pPr>
            <w:r>
              <w:rPr>
                <w:b w:val="0"/>
                <w:sz w:val="22"/>
              </w:rPr>
              <w:t>- Lebenslauf</w:t>
              <w:br/>
              <w:t>- Zeugnisse</w:t>
              <w:br/>
              <w:t>- Weitere Unterlagen</w:t>
            </w:r>
          </w:p>
        </w:tc>
      </w:tr>
    </w:tbl>
    <w:p>
      <w:r>
        <w:br w:type="page"/>
      </w:r>
    </w:p>
    <w:p>
      <w:pPr>
        <w:jc w:val="center"/>
      </w:pPr>
      <w:r>
        <w:rPr>
          <w:color w:val="555555"/>
          <w:sz w:val="24"/>
        </w:rPr>
        <w:t>Bu belgenin orijinal kaynagi:</w:t>
      </w:r>
    </w:p>
    <w:p>
      <w:pPr>
        <w:jc w:val="center"/>
      </w:pPr>
      <w:hyperlink r:id="rId9">
        <w:r>
          <w:rPr>
            <w:color w:val="0000FF"/>
            <w:u w:val="single"/>
          </w:rPr>
          <w:t>https://mektubuuzmani.com/almanca-motivasyon-mektubu-ornegi/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almanca-motivasyon-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