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AİLE ZİYARETİ VİZE NİYET MEKTUBU</w:t>
      </w:r>
    </w:p>
    <w:p/>
    <w:p/>
    <w:p>
      <w:r>
        <w:rPr>
          <w:b w:val="0"/>
          <w:sz w:val="22"/>
        </w:rPr>
        <w:t>Sayın Yetkili,</w:t>
      </w:r>
    </w:p>
    <w:p/>
    <w:p>
      <w:r>
        <w:rPr>
          <w:b w:val="0"/>
          <w:sz w:val="22"/>
        </w:rPr>
        <w:t>Ben, aşağıda bilgileri belirtilen kişi olarak, Türkiye'de ikamet eden aile üyesimi ziyaret etmek amacıyla Schengen Bölgesi'nde kısa süreli (C tipi) vize başvurusunda bulunmaktayım. Bu mektup, ziyaretimin amacını ve planlanan süresini açıklamak üzere hazırlanmıştır.</w:t>
      </w:r>
    </w:p>
    <w:p/>
    <w:p>
      <w:r>
        <w:rPr>
          <w:b/>
          <w:sz w:val="24"/>
        </w:rPr>
        <w:t>Başvuru Sahibi Bilgileri</w:t>
      </w:r>
    </w:p>
    <w:p>
      <w:r>
        <w:rPr>
          <w:b w:val="0"/>
          <w:sz w:val="22"/>
        </w:rPr>
        <w:t>Adı Soyadı : ___________________________________________________________</w:t>
      </w:r>
    </w:p>
    <w:p>
      <w:r>
        <w:rPr>
          <w:b w:val="0"/>
          <w:sz w:val="22"/>
        </w:rPr>
        <w:t>Doğum Tarihi : __________________________________________________________</w:t>
      </w:r>
    </w:p>
    <w:p>
      <w:r>
        <w:rPr>
          <w:b w:val="0"/>
          <w:sz w:val="22"/>
        </w:rPr>
        <w:t>Pasaport No : ____________________________________________________________</w:t>
      </w:r>
    </w:p>
    <w:p>
      <w:r>
        <w:rPr>
          <w:b w:val="0"/>
          <w:sz w:val="22"/>
        </w:rPr>
        <w:t>Uyruğu : ________________________________________________________________</w:t>
      </w:r>
    </w:p>
    <w:p>
      <w:r>
        <w:rPr>
          <w:b w:val="0"/>
          <w:sz w:val="22"/>
        </w:rPr>
        <w:t>Adres : _________________________________________________________________</w:t>
      </w:r>
    </w:p>
    <w:p>
      <w:r>
        <w:rPr>
          <w:b w:val="0"/>
          <w:sz w:val="22"/>
        </w:rPr>
        <w:t>Telefon : ________________________________________________________________</w:t>
      </w:r>
    </w:p>
    <w:p/>
    <w:p>
      <w:r>
        <w:rPr>
          <w:b/>
          <w:sz w:val="24"/>
        </w:rPr>
        <w:t>Ziyaret Edilecek Kişi Bilgileri (Türkiye'deki Aile Üyesi)</w:t>
      </w:r>
    </w:p>
    <w:p>
      <w:r>
        <w:rPr>
          <w:b w:val="0"/>
          <w:sz w:val="22"/>
        </w:rPr>
        <w:t>Adı Soyadı : ___________________________________________________________</w:t>
      </w:r>
    </w:p>
    <w:p>
      <w:r>
        <w:rPr>
          <w:b w:val="0"/>
          <w:sz w:val="22"/>
        </w:rPr>
        <w:t>TC Kimlik No : __________________________________________________________</w:t>
      </w:r>
    </w:p>
    <w:p>
      <w:r>
        <w:rPr>
          <w:b w:val="0"/>
          <w:sz w:val="22"/>
        </w:rPr>
        <w:t>Adres : _________________________________________________________________</w:t>
      </w:r>
    </w:p>
    <w:p>
      <w:r>
        <w:rPr>
          <w:b w:val="0"/>
          <w:sz w:val="22"/>
        </w:rPr>
        <w:t>Telefon : ________________________________________________________________</w:t>
      </w:r>
    </w:p>
    <w:p>
      <w:r>
        <w:rPr>
          <w:b w:val="0"/>
          <w:sz w:val="22"/>
        </w:rPr>
        <w:t>İkamet Durumu : _________________________________________________________</w:t>
      </w:r>
    </w:p>
    <w:p/>
    <w:p>
      <w:r>
        <w:rPr>
          <w:b/>
          <w:sz w:val="24"/>
        </w:rPr>
        <w:t>Ziyaret Amacı ve Planı</w:t>
      </w:r>
    </w:p>
    <w:p>
      <w:r>
        <w:rPr>
          <w:b w:val="0"/>
          <w:sz w:val="22"/>
        </w:rPr>
        <w:t>Amacım, yukarıda belirtilen aile üyemi ziyaret etmek, aile bağlarımızı güçlendirmek ve beraber zaman geçirmektir. Planlanan ziyaret süresi yaklaşık olarak _______ gündür. Ziyaretim süresince konaklama Türkiye'deki aile üyemin ikamet adresinde gerçekleşecektir.</w:t>
      </w:r>
    </w:p>
    <w:p/>
    <w:p>
      <w:r>
        <w:rPr>
          <w:b/>
          <w:sz w:val="24"/>
        </w:rPr>
        <w:t>Finansal Durum ve Geri Dönüş Garantisi</w:t>
      </w:r>
    </w:p>
    <w:p>
      <w:r>
        <w:rPr>
          <w:b w:val="0"/>
          <w:sz w:val="22"/>
        </w:rPr>
        <w:t>Seyahat masraflarımı kendim karşılayacağım / aile üyem karşılayacaktır (uygun olanı belirtiniz). Türkiye'deki aile üyem maddi destek sağlayacaktır (varsa belirtiniz). Ziyaretimin sonunda kendi ülkemdeki işime, eğitimime ve aileme geri dönmeyi taahhüt ederim.</w:t>
      </w:r>
    </w:p>
    <w:p/>
    <w:p>
      <w:r>
        <w:rPr>
          <w:b/>
          <w:sz w:val="24"/>
        </w:rPr>
        <w:t>Ek Belgeler</w:t>
      </w:r>
    </w:p>
    <w:p>
      <w:r>
        <w:rPr>
          <w:b w:val="0"/>
          <w:sz w:val="22"/>
        </w:rPr>
        <w:t>- Pasaport fotokopisi</w:t>
        <w:br/>
        <w:t>- Kimlik fotokopisi</w:t>
        <w:br/>
        <w:t>- Türkiye'deki aile üyesinin ikametgah belgesi</w:t>
        <w:br/>
        <w:t>- Aile bağını gösterir belgeler (nüfus kayıt örneği, evlilik cüzdanı vb.)</w:t>
        <w:br/>
        <w:t>- Finansal durumu gösterir belgeler (banka hesap dökümleri, maaş bordrosu vb.)</w:t>
        <w:br/>
        <w:t>- Vize başvuru formu ve diğer ilgili evraklar</w:t>
      </w:r>
    </w:p>
    <w:p/>
    <w:p/>
    <w:p>
      <w:r>
        <w:rPr>
          <w:b w:val="0"/>
          <w:sz w:val="22"/>
        </w:rPr>
        <w:t>Başvuruma olumlu yaklaşmanızı ve ailemi ziyaret etmeme izin vermenizi saygıyla arz ederim.</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Başvuru Sahibi İmza</w:t>
            </w:r>
          </w:p>
        </w:tc>
        <w:tc>
          <w:tcPr>
            <w:tcW w:type="dxa" w:w="4986"/>
            <w:tcBorders>
              <w:top w:val="nil"/>
              <w:left w:val="nil"/>
              <w:bottom w:val="nil"/>
              <w:right w:val="nil"/>
              <w:insideH w:val="nil"/>
              <w:insideV w:val="nil"/>
            </w:tcBorders>
          </w:tcPr>
          <w:p>
            <w:pPr>
              <w:jc w:val="center"/>
            </w:pPr>
            <w:r>
              <w:t>Tarih</w:t>
            </w:r>
          </w:p>
        </w:tc>
      </w:tr>
      <w:tr>
        <w:tc>
          <w:tcPr>
            <w:tcW w:type="dxa" w:w="4986"/>
            <w:tcBorders>
              <w:top w:val="nil"/>
              <w:left w:val="nil"/>
              <w:bottom w:val="nil"/>
              <w:right w:val="nil"/>
              <w:insideH w:val="nil"/>
              <w:insideV w:val="nil"/>
            </w:tcBorders>
          </w:tcPr>
          <w:p>
            <w:pPr>
              <w:jc w:val="center"/>
            </w:pPr>
            <w:r>
              <w:br/>
              <w:br/>
              <w:t>_____________________________</w:t>
            </w:r>
          </w:p>
        </w:tc>
        <w:tc>
          <w:tcPr>
            <w:tcW w:type="dxa" w:w="4986"/>
            <w:tcBorders>
              <w:top w:val="nil"/>
              <w:left w:val="nil"/>
              <w:bottom w:val="nil"/>
              <w:right w:val="nil"/>
              <w:insideH w:val="nil"/>
              <w:insideV w:val="nil"/>
            </w:tcBorders>
          </w:tcPr>
          <w:p>
            <w:pPr>
              <w:jc w:val="center"/>
            </w:pPr>
            <w:r>
              <w:br/>
              <w:br/>
              <w:t>_____________________________</w:t>
            </w:r>
          </w:p>
        </w:tc>
      </w:tr>
    </w:tbl>
    <w:p>
      <w:r>
        <w:br w:type="page"/>
      </w:r>
    </w:p>
    <w:p>
      <w:pPr>
        <w:jc w:val="center"/>
      </w:pPr>
      <w:r>
        <w:rPr>
          <w:color w:val="555555"/>
          <w:sz w:val="24"/>
        </w:rPr>
        <w:t>Bu belgenin orijinal kaynagi:</w:t>
      </w:r>
    </w:p>
    <w:p>
      <w:pPr>
        <w:jc w:val="center"/>
      </w:pPr>
      <w:hyperlink r:id="rId9">
        <w:r>
          <w:rPr>
            <w:color w:val="0000FF"/>
            <w:u w:val="single"/>
          </w:rPr>
          <w:t>https://mektubuuzmani.com/aile-ziyareti-vize-niyet-mektubu-ornegi/</w:t>
        </w:r>
      </w:hyperlink>
    </w:p>
    <w:p>
      <w:pPr>
        <w:jc w:val="center"/>
      </w:pPr>
      <w:r>
        <w:rPr>
          <w:color w:val="555555"/>
          <w:sz w:val="26"/>
        </w:rPr>
        <w:t>Bu ornek sizin icin faydali oldu mu?</w:t>
      </w:r>
    </w:p>
    <w:p>
      <w:pPr>
        <w:jc w:val="center"/>
      </w:pPr>
      <w:r>
        <w:rPr>
          <w:color w:val="555555"/>
          <w:sz w:val="26"/>
        </w:rPr>
        <w:t>Guncellenmis diger orneklere web sitemizden ulasabilirsiniz:</w:t>
      </w:r>
    </w:p>
    <w:p>
      <w:pPr>
        <w:jc w:val="center"/>
      </w:pPr>
      <w:hyperlink r:id="rId10">
        <w:r>
          <w:rPr>
            <w:color w:val="0000FF"/>
            <w:u w:val="single"/>
          </w:rPr>
          <w:t>https://mektubuuzmani.com</w:t>
        </w:r>
      </w:hyperlink>
    </w:p>
    <w:p>
      <w:pPr>
        <w:jc w:val="center"/>
      </w:pPr>
      <w:r>
        <w:rPr>
          <w:color w:val="808080"/>
          <w:sz w:val="20"/>
        </w:rPr>
        <w:t>Bu ornek yalnizca kisisel ve ticari olmayan kullanim icindir.</w:t>
        <w:br/>
        <w:t>Her turlu dagitim veya yayinda kaynak belirtilmelidir. © mektubuuzmani.com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ektubuuzmani.com/aile-ziyareti-vize-niyet-mektubu-ornegi/" TargetMode="External"/><Relationship Id="rId10" Type="http://schemas.openxmlformats.org/officeDocument/2006/relationships/hyperlink" Target="https://mektubuuzman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